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rFonts w:ascii="Arimo" w:hAnsi="Arimo" w:eastAsia="Arimo"/>
          <w:b/>
          <w:color w:val="F28C28"/>
          <w:sz w:val="26"/>
        </w:rPr>
        <w:t>FRIED ENGINEERS</w:t>
      </w:r>
    </w:p>
    <w:p>
      <w:pPr>
        <w:spacing w:before="180" w:after="100"/>
        <w:jc w:val="center"/>
      </w:pPr>
      <w:r>
        <w:rPr>
          <w:rFonts w:ascii="Arimo" w:hAnsi="Arimo" w:eastAsia="Arimo"/>
          <w:b/>
          <w:color w:val="17324D"/>
          <w:sz w:val="56"/>
        </w:rPr>
        <w:t>Engineering Project</w:t>
        <w:br/>
        <w:t>Proposal Template</w:t>
      </w:r>
    </w:p>
    <w:p>
      <w:pPr>
        <w:spacing w:after="440"/>
        <w:jc w:val="center"/>
      </w:pPr>
      <w:r>
        <w:rPr>
          <w:rFonts w:ascii="Arimo" w:hAnsi="Arimo" w:eastAsia="Arimo"/>
          <w:color w:val="5F6B76"/>
          <w:sz w:val="23"/>
        </w:rPr>
        <w:t>A practical, editable template for capstone, senior design, final-year and engineering research projects</w:t>
      </w:r>
    </w:p>
    <w:p>
      <w:pPr>
        <w:jc w:val="center"/>
      </w:pPr>
      <w:r>
        <w:rPr>
          <w:rFonts w:ascii="Arimo" w:hAnsi="Arimo" w:eastAsia="Arimo"/>
          <w:color w:val="F28C28"/>
          <w:sz w:val="24"/>
        </w:rPr>
        <w:t>━━━━━━━━━━━━━━━━━━━━━━━━━━━━━━━━━━━━</w:t>
      </w:r>
    </w:p>
    <w:tbl>
      <w:tblPr>
        <w:tblW w:type="auto" w:w="0"/>
        <w:jc w:val="center"/>
        <w:tblLayout w:type="fixed"/>
        <w:tblLook w:firstColumn="1" w:firstRow="1" w:lastColumn="0" w:lastRow="0" w:noHBand="0" w:noVBand="1" w:val="04A0"/>
      </w:tblPr>
      <w:tblGrid>
        <w:gridCol w:w="4997"/>
        <w:gridCol w:w="4997"/>
      </w:tblGrid>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Project Title</w:t>
            </w:r>
          </w:p>
        </w:tc>
        <w:tc>
          <w:tcPr>
            <w:tcW w:type="dxa" w:w="6768"/>
            <w:tcMar>
              <w:top w:w="90" w:type="dxa"/>
              <w:start w:w="110" w:type="dxa"/>
              <w:bottom w:w="90" w:type="dxa"/>
              <w:end w:w="110" w:type="dxa"/>
            </w:tcMar>
          </w:tcPr>
          <w:p>
            <w:pPr>
              <w:spacing w:after="0"/>
            </w:pPr>
            <w:r>
              <w:rPr>
                <w:rFonts w:ascii="Arimo" w:hAnsi="Arimo" w:eastAsia="Arimo"/>
                <w:i/>
                <w:color w:val="6B7782"/>
                <w:sz w:val="18"/>
              </w:rPr>
              <w:t>[Enter your project title]</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Student / Team</w:t>
            </w:r>
          </w:p>
        </w:tc>
        <w:tc>
          <w:tcPr>
            <w:tcW w:type="dxa" w:w="6768"/>
            <w:tcMar>
              <w:top w:w="90" w:type="dxa"/>
              <w:start w:w="110" w:type="dxa"/>
              <w:bottom w:w="90" w:type="dxa"/>
              <w:end w:w="110" w:type="dxa"/>
            </w:tcMar>
          </w:tcPr>
          <w:p>
            <w:pPr>
              <w:spacing w:after="0"/>
            </w:pPr>
            <w:r>
              <w:rPr>
                <w:rFonts w:ascii="Arimo" w:hAnsi="Arimo" w:eastAsia="Arimo"/>
                <w:i/>
                <w:color w:val="6B7782"/>
                <w:sz w:val="18"/>
              </w:rPr>
              <w:t>[Name(s) and student ID(s)]</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Program / Department</w:t>
            </w:r>
          </w:p>
        </w:tc>
        <w:tc>
          <w:tcPr>
            <w:tcW w:type="dxa" w:w="6768"/>
            <w:tcMar>
              <w:top w:w="90" w:type="dxa"/>
              <w:start w:w="110" w:type="dxa"/>
              <w:bottom w:w="90" w:type="dxa"/>
              <w:end w:w="110" w:type="dxa"/>
            </w:tcMar>
          </w:tcPr>
          <w:p>
            <w:pPr>
              <w:spacing w:after="0"/>
            </w:pPr>
            <w:r>
              <w:rPr>
                <w:rFonts w:ascii="Arimo" w:hAnsi="Arimo" w:eastAsia="Arimo"/>
                <w:i/>
                <w:color w:val="6B7782"/>
                <w:sz w:val="18"/>
              </w:rPr>
              <w:t>[Program, department or major]</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Institution</w:t>
            </w:r>
          </w:p>
        </w:tc>
        <w:tc>
          <w:tcPr>
            <w:tcW w:type="dxa" w:w="6768"/>
            <w:tcMar>
              <w:top w:w="90" w:type="dxa"/>
              <w:start w:w="110" w:type="dxa"/>
              <w:bottom w:w="90" w:type="dxa"/>
              <w:end w:w="110" w:type="dxa"/>
            </w:tcMar>
          </w:tcPr>
          <w:p>
            <w:pPr>
              <w:spacing w:after="0"/>
            </w:pPr>
            <w:r>
              <w:rPr>
                <w:rFonts w:ascii="Arimo" w:hAnsi="Arimo" w:eastAsia="Arimo"/>
                <w:i/>
                <w:color w:val="6B7782"/>
                <w:sz w:val="18"/>
              </w:rPr>
              <w:t>[University / college / school]</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Supervisor / Mentor</w:t>
            </w:r>
          </w:p>
        </w:tc>
        <w:tc>
          <w:tcPr>
            <w:tcW w:type="dxa" w:w="6768"/>
            <w:tcMar>
              <w:top w:w="90" w:type="dxa"/>
              <w:start w:w="110" w:type="dxa"/>
              <w:bottom w:w="90" w:type="dxa"/>
              <w:end w:w="110" w:type="dxa"/>
            </w:tcMar>
          </w:tcPr>
          <w:p>
            <w:pPr>
              <w:spacing w:after="0"/>
            </w:pPr>
            <w:r>
              <w:rPr>
                <w:rFonts w:ascii="Arimo" w:hAnsi="Arimo" w:eastAsia="Arimo"/>
                <w:i/>
                <w:color w:val="6B7782"/>
                <w:sz w:val="18"/>
              </w:rPr>
              <w:t>[Name and designation]</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Submission Date</w:t>
            </w:r>
          </w:p>
        </w:tc>
        <w:tc>
          <w:tcPr>
            <w:tcW w:type="dxa" w:w="6768"/>
            <w:tcMar>
              <w:top w:w="90" w:type="dxa"/>
              <w:start w:w="110" w:type="dxa"/>
              <w:bottom w:w="90" w:type="dxa"/>
              <w:end w:w="110" w:type="dxa"/>
            </w:tcMar>
          </w:tcPr>
          <w:p>
            <w:pPr>
              <w:spacing w:after="0"/>
            </w:pPr>
            <w:r>
              <w:rPr>
                <w:rFonts w:ascii="Arimo" w:hAnsi="Arimo" w:eastAsia="Arimo"/>
                <w:i/>
                <w:color w:val="6B7782"/>
                <w:sz w:val="18"/>
              </w:rPr>
              <w:t>[DD Month YYYY]</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Version</w:t>
            </w:r>
          </w:p>
        </w:tc>
        <w:tc>
          <w:tcPr>
            <w:tcW w:type="dxa" w:w="6768"/>
            <w:tcMar>
              <w:top w:w="90" w:type="dxa"/>
              <w:start w:w="110" w:type="dxa"/>
              <w:bottom w:w="90" w:type="dxa"/>
              <w:end w:w="110" w:type="dxa"/>
            </w:tcMar>
          </w:tcPr>
          <w:p>
            <w:pPr>
              <w:spacing w:after="0"/>
            </w:pPr>
            <w:r>
              <w:rPr>
                <w:rFonts w:ascii="Arimo" w:hAnsi="Arimo" w:eastAsia="Arimo"/>
                <w:i/>
                <w:color w:val="6B7782"/>
                <w:sz w:val="18"/>
              </w:rPr>
              <w:t>[v1.0]</w:t>
            </w:r>
          </w:p>
        </w:tc>
      </w:tr>
    </w:tbl>
    <w:p>
      <w:pPr>
        <w:spacing w:after="40"/>
      </w:pPr>
    </w:p>
    <w:p>
      <w:pPr>
        <w:spacing w:before="440"/>
        <w:jc w:val="center"/>
      </w:pPr>
      <w:r>
        <w:rPr>
          <w:rFonts w:ascii="Arimo" w:hAnsi="Arimo" w:eastAsia="Arimo"/>
          <w:b/>
          <w:color w:val="2E7D32"/>
          <w:sz w:val="18"/>
        </w:rPr>
        <w:t>FREE STUDENT RESOURCE  •  EDITABLE DOCX</w:t>
      </w:r>
    </w:p>
    <w:p>
      <w:pPr>
        <w:jc w:val="center"/>
      </w:pPr>
      <w:r>
        <w:rPr>
          <w:rFonts w:ascii="Arimo" w:hAnsi="Arimo" w:eastAsia="Arimo"/>
          <w:i/>
          <w:color w:val="5F6B76"/>
          <w:sz w:val="17"/>
        </w:rPr>
        <w:t>Use this template as a guide. Your institution’s official requirements always take precedence.</w:t>
      </w:r>
    </w:p>
    <w:p>
      <w:pPr>
        <w:pageBreakBefore/>
        <w:spacing w:after="40"/>
      </w:pPr>
      <w:r>
        <w:rPr>
          <w:rFonts w:ascii="Arimo" w:hAnsi="Arimo" w:eastAsia="Arimo"/>
          <w:b/>
          <w:color w:val="F28C28"/>
          <w:sz w:val="16"/>
        </w:rPr>
        <w:t>BEFORE YOU START</w:t>
      </w:r>
    </w:p>
    <w:p>
      <w:pPr>
        <w:spacing w:before="40" w:after="140"/>
        <w:keepNext/>
        <w:pBdr>
          <w:bottom w:val="single" w:sz="7" w:space="4" w:color="C9D8E5"/>
        </w:pBdr>
      </w:pPr>
      <w:r>
        <w:rPr>
          <w:rFonts w:ascii="Arimo" w:hAnsi="Arimo" w:eastAsia="Arimo"/>
          <w:b/>
          <w:color w:val="F28C28"/>
          <w:sz w:val="30"/>
        </w:rPr>
        <w:t xml:space="preserve">0  </w:t>
      </w:r>
      <w:r>
        <w:rPr>
          <w:rFonts w:ascii="Arimo" w:hAnsi="Arimo" w:eastAsia="Arimo"/>
          <w:b/>
          <w:color w:val="17324D"/>
          <w:sz w:val="30"/>
        </w:rPr>
        <w:t>How to Use This Template</w:t>
      </w:r>
    </w:p>
    <w:p>
      <w:pPr>
        <w:spacing w:after="160"/>
      </w:pPr>
      <w:r>
        <w:rPr>
          <w:rFonts w:ascii="Arimo" w:hAnsi="Arimo" w:eastAsia="Arimo"/>
          <w:i/>
          <w:color w:val="5F6B76"/>
          <w:sz w:val="19"/>
        </w:rPr>
        <w:t>Delete the guidance notes as you complete each section. Keep only the sections required by your institution.</w:t>
      </w:r>
    </w:p>
    <w:tbl>
      <w:tblPr>
        <w:tblW w:type="auto" w:w="0"/>
        <w:jc w:val="center"/>
        <w:tblLayout w:type="fixed"/>
        <w:tblLook w:firstColumn="1" w:firstRow="1" w:lastColumn="0" w:lastRow="0" w:noHBand="0" w:noVBand="1" w:val="04A0"/>
      </w:tblPr>
      <w:tblGrid>
        <w:gridCol w:w="9994"/>
      </w:tblGrid>
      <w:tr>
        <w:tc>
          <w:tcPr>
            <w:tcW w:type="dxa" w:w="9994"/>
            <w:shd w:fill="EAF2F8"/>
            <w:tcMar>
              <w:top w:w="120" w:type="dxa"/>
              <w:start w:w="150" w:type="dxa"/>
              <w:bottom w:w="120" w:type="dxa"/>
              <w:end w:w="150" w:type="dxa"/>
            </w:tcMar>
          </w:tcPr>
          <w:p>
            <w:pPr>
              <w:spacing w:after="40"/>
            </w:pPr>
            <w:r>
              <w:rPr>
                <w:rFonts w:ascii="Arimo" w:hAnsi="Arimo" w:eastAsia="Arimo"/>
                <w:b/>
                <w:color w:val="1F5D8F"/>
                <w:sz w:val="19"/>
              </w:rPr>
              <w:t>Quick rule</w:t>
            </w:r>
          </w:p>
          <w:p>
            <w:pPr>
              <w:spacing w:after="0"/>
            </w:pPr>
            <w:r>
              <w:rPr>
                <w:rFonts w:ascii="Arimo" w:hAnsi="Arimo" w:eastAsia="Arimo"/>
                <w:color w:val="5F6B76"/>
                <w:sz w:val="18"/>
              </w:rPr>
              <w:t>A strong proposal explains a real problem, defines a feasible scope, shows how the solution will be designed and tested, and makes clear what evidence will demonstrate success.</w:t>
            </w:r>
          </w:p>
        </w:tc>
      </w:tr>
    </w:tbl>
    <w:p>
      <w:pPr>
        <w:spacing w:after="20"/>
      </w:pPr>
    </w:p>
    <w:p>
      <w:pPr>
        <w:pStyle w:val="ListNumber"/>
        <w:spacing w:after="60"/>
      </w:pPr>
      <w:r>
        <w:rPr>
          <w:rFonts w:ascii="Arimo" w:hAnsi="Arimo" w:eastAsia="Arimo"/>
          <w:color w:val="263238"/>
          <w:sz w:val="20"/>
        </w:rPr>
        <w:t>Replace every grey bracketed prompt with project-specific content.</w:t>
      </w:r>
    </w:p>
    <w:p>
      <w:pPr>
        <w:pStyle w:val="ListNumber"/>
        <w:spacing w:after="60"/>
      </w:pPr>
      <w:r>
        <w:rPr>
          <w:rFonts w:ascii="Arimo" w:hAnsi="Arimo" w:eastAsia="Arimo"/>
          <w:color w:val="263238"/>
          <w:sz w:val="20"/>
        </w:rPr>
        <w:t>Keep the proposal concise. Use diagrams, tables and measurable objectives instead of long generic paragraphs.</w:t>
      </w:r>
    </w:p>
    <w:p>
      <w:pPr>
        <w:pStyle w:val="ListNumber"/>
        <w:spacing w:after="60"/>
      </w:pPr>
      <w:r>
        <w:rPr>
          <w:rFonts w:ascii="Arimo" w:hAnsi="Arimo" w:eastAsia="Arimo"/>
          <w:color w:val="263238"/>
          <w:sz w:val="20"/>
        </w:rPr>
        <w:t>Confirm datasets, software licences, hardware availability, ethics requirements and expected costs before final submission.</w:t>
      </w:r>
    </w:p>
    <w:p>
      <w:pPr>
        <w:pStyle w:val="ListNumber"/>
        <w:spacing w:after="60"/>
      </w:pPr>
      <w:r>
        <w:rPr>
          <w:rFonts w:ascii="Arimo" w:hAnsi="Arimo" w:eastAsia="Arimo"/>
          <w:color w:val="263238"/>
          <w:sz w:val="20"/>
        </w:rPr>
        <w:t>Use references for claims, methods, datasets and prior work. Do not copy text or submit downloaded code as original work.</w:t>
      </w:r>
    </w:p>
    <w:p>
      <w:pPr>
        <w:pStyle w:val="ListNumber"/>
        <w:spacing w:after="60"/>
      </w:pPr>
      <w:r>
        <w:rPr>
          <w:rFonts w:ascii="Arimo" w:hAnsi="Arimo" w:eastAsia="Arimo"/>
          <w:color w:val="263238"/>
          <w:sz w:val="20"/>
        </w:rPr>
        <w:t>Before submission, remove all instructional text, update dates/version numbers and run the final checklist at the end of this document.</w:t>
      </w:r>
    </w:p>
    <w:p>
      <w:pPr>
        <w:spacing w:after="80" w:line="269" w:lineRule="auto"/>
      </w:pPr>
      <w:r>
        <w:rPr>
          <w:rFonts w:ascii="Arimo" w:hAnsi="Arimo" w:eastAsia="Arimo"/>
          <w:b/>
          <w:i w:val="0"/>
          <w:color w:val="17324D"/>
          <w:sz w:val="22"/>
        </w:rPr>
        <w:t>Recommended Proposal Flow</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3024"/>
            <w:shd w:fill="17324D"/>
            <w:tcMar>
              <w:top w:w="80" w:type="dxa"/>
              <w:start w:w="80" w:type="dxa"/>
              <w:bottom w:w="80" w:type="dxa"/>
              <w:end w:w="80" w:type="dxa"/>
            </w:tcMar>
          </w:tcPr>
          <w:p>
            <w:pPr>
              <w:spacing w:after="0"/>
              <w:jc w:val="center"/>
            </w:pPr>
            <w:r>
              <w:rPr>
                <w:rFonts w:ascii="Arimo" w:hAnsi="Arimo" w:eastAsia="Arimo"/>
                <w:b/>
                <w:color w:val="FFFFFF"/>
                <w:sz w:val="17"/>
              </w:rPr>
              <w:t>Section</w:t>
            </w:r>
          </w:p>
        </w:tc>
        <w:tc>
          <w:tcPr>
            <w:tcW w:type="dxa" w:w="6768"/>
            <w:shd w:fill="17324D"/>
            <w:tcMar>
              <w:top w:w="80" w:type="dxa"/>
              <w:start w:w="80" w:type="dxa"/>
              <w:bottom w:w="80" w:type="dxa"/>
              <w:end w:w="80" w:type="dxa"/>
            </w:tcMar>
          </w:tcPr>
          <w:p>
            <w:pPr>
              <w:spacing w:after="0"/>
              <w:jc w:val="center"/>
            </w:pPr>
            <w:r>
              <w:rPr>
                <w:rFonts w:ascii="Arimo" w:hAnsi="Arimo" w:eastAsia="Arimo"/>
                <w:b/>
                <w:color w:val="FFFFFF"/>
                <w:sz w:val="17"/>
              </w:rPr>
              <w:t>Main Question It Answers</w:t>
            </w:r>
          </w:p>
        </w:tc>
      </w:tr>
      <w:tr>
        <w:tc>
          <w:tcPr>
            <w:tcW w:type="dxa" w:w="3024"/>
            <w:tcMar>
              <w:top w:w="75" w:type="dxa"/>
              <w:start w:w="75" w:type="dxa"/>
              <w:bottom w:w="75" w:type="dxa"/>
              <w:end w:w="75" w:type="dxa"/>
            </w:tcMar>
          </w:tcPr>
          <w:p>
            <w:pPr>
              <w:spacing w:after="0"/>
            </w:pPr>
            <w:r>
              <w:rPr>
                <w:rFonts w:ascii="Arimo" w:hAnsi="Arimo" w:eastAsia="Arimo"/>
                <w:i w:val="0"/>
                <w:color w:val="263238"/>
                <w:sz w:val="17"/>
              </w:rPr>
              <w:t>1. Project Summary</w:t>
            </w:r>
          </w:p>
        </w:tc>
        <w:tc>
          <w:tcPr>
            <w:tcW w:type="dxa" w:w="6768"/>
            <w:tcMar>
              <w:top w:w="75" w:type="dxa"/>
              <w:start w:w="75" w:type="dxa"/>
              <w:bottom w:w="75" w:type="dxa"/>
              <w:end w:w="75" w:type="dxa"/>
            </w:tcMar>
          </w:tcPr>
          <w:p>
            <w:pPr>
              <w:spacing w:after="0"/>
            </w:pPr>
            <w:r>
              <w:rPr>
                <w:rFonts w:ascii="Arimo" w:hAnsi="Arimo" w:eastAsia="Arimo"/>
                <w:i w:val="0"/>
                <w:color w:val="263238"/>
                <w:sz w:val="17"/>
              </w:rPr>
              <w:t>What are you proposing, for whom, and why?</w:t>
            </w:r>
          </w:p>
        </w:tc>
      </w:tr>
      <w:tr>
        <w:tc>
          <w:tcPr>
            <w:tcW w:type="dxa" w:w="3024"/>
            <w:tcMar>
              <w:top w:w="75" w:type="dxa"/>
              <w:start w:w="75" w:type="dxa"/>
              <w:bottom w:w="75" w:type="dxa"/>
              <w:end w:w="75" w:type="dxa"/>
            </w:tcMar>
            <w:shd w:fill="FAFBFC"/>
          </w:tcPr>
          <w:p>
            <w:pPr>
              <w:spacing w:after="0"/>
            </w:pPr>
            <w:r>
              <w:rPr>
                <w:rFonts w:ascii="Arimo" w:hAnsi="Arimo" w:eastAsia="Arimo"/>
                <w:i w:val="0"/>
                <w:color w:val="263238"/>
                <w:sz w:val="17"/>
              </w:rPr>
              <w:t>2. Background &amp; Problem</w:t>
            </w:r>
          </w:p>
        </w:tc>
        <w:tc>
          <w:tcPr>
            <w:tcW w:type="dxa" w:w="6768"/>
            <w:tcMar>
              <w:top w:w="75" w:type="dxa"/>
              <w:start w:w="75" w:type="dxa"/>
              <w:bottom w:w="75" w:type="dxa"/>
              <w:end w:w="75" w:type="dxa"/>
            </w:tcMar>
            <w:shd w:fill="FAFBFC"/>
          </w:tcPr>
          <w:p>
            <w:pPr>
              <w:spacing w:after="0"/>
            </w:pPr>
            <w:r>
              <w:rPr>
                <w:rFonts w:ascii="Arimo" w:hAnsi="Arimo" w:eastAsia="Arimo"/>
                <w:i w:val="0"/>
                <w:color w:val="263238"/>
                <w:sz w:val="17"/>
              </w:rPr>
              <w:t>What real problem exists and what evidence supports it?</w:t>
            </w:r>
          </w:p>
        </w:tc>
      </w:tr>
      <w:tr>
        <w:tc>
          <w:tcPr>
            <w:tcW w:type="dxa" w:w="3024"/>
            <w:tcMar>
              <w:top w:w="75" w:type="dxa"/>
              <w:start w:w="75" w:type="dxa"/>
              <w:bottom w:w="75" w:type="dxa"/>
              <w:end w:w="75" w:type="dxa"/>
            </w:tcMar>
          </w:tcPr>
          <w:p>
            <w:pPr>
              <w:spacing w:after="0"/>
            </w:pPr>
            <w:r>
              <w:rPr>
                <w:rFonts w:ascii="Arimo" w:hAnsi="Arimo" w:eastAsia="Arimo"/>
                <w:i w:val="0"/>
                <w:color w:val="263238"/>
                <w:sz w:val="17"/>
              </w:rPr>
              <w:t>3. Objectives &amp; Scope</w:t>
            </w:r>
          </w:p>
        </w:tc>
        <w:tc>
          <w:tcPr>
            <w:tcW w:type="dxa" w:w="6768"/>
            <w:tcMar>
              <w:top w:w="75" w:type="dxa"/>
              <w:start w:w="75" w:type="dxa"/>
              <w:bottom w:w="75" w:type="dxa"/>
              <w:end w:w="75" w:type="dxa"/>
            </w:tcMar>
          </w:tcPr>
          <w:p>
            <w:pPr>
              <w:spacing w:after="0"/>
            </w:pPr>
            <w:r>
              <w:rPr>
                <w:rFonts w:ascii="Arimo" w:hAnsi="Arimo" w:eastAsia="Arimo"/>
                <w:i w:val="0"/>
                <w:color w:val="263238"/>
                <w:sz w:val="17"/>
              </w:rPr>
              <w:t>What exactly will the project achieve, and what is excluded?</w:t>
            </w:r>
          </w:p>
        </w:tc>
      </w:tr>
      <w:tr>
        <w:tc>
          <w:tcPr>
            <w:tcW w:type="dxa" w:w="3024"/>
            <w:tcMar>
              <w:top w:w="75" w:type="dxa"/>
              <w:start w:w="75" w:type="dxa"/>
              <w:bottom w:w="75" w:type="dxa"/>
              <w:end w:w="75" w:type="dxa"/>
            </w:tcMar>
            <w:shd w:fill="FAFBFC"/>
          </w:tcPr>
          <w:p>
            <w:pPr>
              <w:spacing w:after="0"/>
            </w:pPr>
            <w:r>
              <w:rPr>
                <w:rFonts w:ascii="Arimo" w:hAnsi="Arimo" w:eastAsia="Arimo"/>
                <w:i w:val="0"/>
                <w:color w:val="263238"/>
                <w:sz w:val="17"/>
              </w:rPr>
              <w:t>4. Prior Work / Context</w:t>
            </w:r>
          </w:p>
        </w:tc>
        <w:tc>
          <w:tcPr>
            <w:tcW w:type="dxa" w:w="6768"/>
            <w:tcMar>
              <w:top w:w="75" w:type="dxa"/>
              <w:start w:w="75" w:type="dxa"/>
              <w:bottom w:w="75" w:type="dxa"/>
              <w:end w:w="75" w:type="dxa"/>
            </w:tcMar>
            <w:shd w:fill="FAFBFC"/>
          </w:tcPr>
          <w:p>
            <w:pPr>
              <w:spacing w:after="0"/>
            </w:pPr>
            <w:r>
              <w:rPr>
                <w:rFonts w:ascii="Arimo" w:hAnsi="Arimo" w:eastAsia="Arimo"/>
                <w:i w:val="0"/>
                <w:color w:val="263238"/>
                <w:sz w:val="17"/>
              </w:rPr>
              <w:t>What already exists and where is the opportunity?</w:t>
            </w:r>
          </w:p>
        </w:tc>
      </w:tr>
      <w:tr>
        <w:tc>
          <w:tcPr>
            <w:tcW w:type="dxa" w:w="3024"/>
            <w:tcMar>
              <w:top w:w="75" w:type="dxa"/>
              <w:start w:w="75" w:type="dxa"/>
              <w:bottom w:w="75" w:type="dxa"/>
              <w:end w:w="75" w:type="dxa"/>
            </w:tcMar>
          </w:tcPr>
          <w:p>
            <w:pPr>
              <w:spacing w:after="0"/>
            </w:pPr>
            <w:r>
              <w:rPr>
                <w:rFonts w:ascii="Arimo" w:hAnsi="Arimo" w:eastAsia="Arimo"/>
                <w:i w:val="0"/>
                <w:color w:val="263238"/>
                <w:sz w:val="17"/>
              </w:rPr>
              <w:t>5. Proposed Solution</w:t>
            </w:r>
          </w:p>
        </w:tc>
        <w:tc>
          <w:tcPr>
            <w:tcW w:type="dxa" w:w="6768"/>
            <w:tcMar>
              <w:top w:w="75" w:type="dxa"/>
              <w:start w:w="75" w:type="dxa"/>
              <w:bottom w:w="75" w:type="dxa"/>
              <w:end w:w="75" w:type="dxa"/>
            </w:tcMar>
          </w:tcPr>
          <w:p>
            <w:pPr>
              <w:spacing w:after="0"/>
            </w:pPr>
            <w:r>
              <w:rPr>
                <w:rFonts w:ascii="Arimo" w:hAnsi="Arimo" w:eastAsia="Arimo"/>
                <w:i w:val="0"/>
                <w:color w:val="263238"/>
                <w:sz w:val="17"/>
              </w:rPr>
              <w:t>What will you design or build?</w:t>
            </w:r>
          </w:p>
        </w:tc>
      </w:tr>
      <w:tr>
        <w:tc>
          <w:tcPr>
            <w:tcW w:type="dxa" w:w="3024"/>
            <w:tcMar>
              <w:top w:w="75" w:type="dxa"/>
              <w:start w:w="75" w:type="dxa"/>
              <w:bottom w:w="75" w:type="dxa"/>
              <w:end w:w="75" w:type="dxa"/>
            </w:tcMar>
            <w:shd w:fill="FAFBFC"/>
          </w:tcPr>
          <w:p>
            <w:pPr>
              <w:spacing w:after="0"/>
            </w:pPr>
            <w:r>
              <w:rPr>
                <w:rFonts w:ascii="Arimo" w:hAnsi="Arimo" w:eastAsia="Arimo"/>
                <w:i w:val="0"/>
                <w:color w:val="263238"/>
                <w:sz w:val="17"/>
              </w:rPr>
              <w:t>6. Methodology</w:t>
            </w:r>
          </w:p>
        </w:tc>
        <w:tc>
          <w:tcPr>
            <w:tcW w:type="dxa" w:w="6768"/>
            <w:tcMar>
              <w:top w:w="75" w:type="dxa"/>
              <w:start w:w="75" w:type="dxa"/>
              <w:bottom w:w="75" w:type="dxa"/>
              <w:end w:w="75" w:type="dxa"/>
            </w:tcMar>
            <w:shd w:fill="FAFBFC"/>
          </w:tcPr>
          <w:p>
            <w:pPr>
              <w:spacing w:after="0"/>
            </w:pPr>
            <w:r>
              <w:rPr>
                <w:rFonts w:ascii="Arimo" w:hAnsi="Arimo" w:eastAsia="Arimo"/>
                <w:i w:val="0"/>
                <w:color w:val="263238"/>
                <w:sz w:val="17"/>
              </w:rPr>
              <w:t>How will you build, test and evaluate it?</w:t>
            </w:r>
          </w:p>
        </w:tc>
      </w:tr>
      <w:tr>
        <w:tc>
          <w:tcPr>
            <w:tcW w:type="dxa" w:w="3024"/>
            <w:tcMar>
              <w:top w:w="75" w:type="dxa"/>
              <w:start w:w="75" w:type="dxa"/>
              <w:bottom w:w="75" w:type="dxa"/>
              <w:end w:w="75" w:type="dxa"/>
            </w:tcMar>
          </w:tcPr>
          <w:p>
            <w:pPr>
              <w:spacing w:after="0"/>
            </w:pPr>
            <w:r>
              <w:rPr>
                <w:rFonts w:ascii="Arimo" w:hAnsi="Arimo" w:eastAsia="Arimo"/>
                <w:i w:val="0"/>
                <w:color w:val="263238"/>
                <w:sz w:val="17"/>
              </w:rPr>
              <w:t>7. Requirements &amp; Resources</w:t>
            </w:r>
          </w:p>
        </w:tc>
        <w:tc>
          <w:tcPr>
            <w:tcW w:type="dxa" w:w="6768"/>
            <w:tcMar>
              <w:top w:w="75" w:type="dxa"/>
              <w:start w:w="75" w:type="dxa"/>
              <w:bottom w:w="75" w:type="dxa"/>
              <w:end w:w="75" w:type="dxa"/>
            </w:tcMar>
          </w:tcPr>
          <w:p>
            <w:pPr>
              <w:spacing w:after="0"/>
            </w:pPr>
            <w:r>
              <w:rPr>
                <w:rFonts w:ascii="Arimo" w:hAnsi="Arimo" w:eastAsia="Arimo"/>
                <w:i w:val="0"/>
                <w:color w:val="263238"/>
                <w:sz w:val="17"/>
              </w:rPr>
              <w:t>What data, software, hardware and people are needed?</w:t>
            </w:r>
          </w:p>
        </w:tc>
      </w:tr>
      <w:tr>
        <w:tc>
          <w:tcPr>
            <w:tcW w:type="dxa" w:w="3024"/>
            <w:tcMar>
              <w:top w:w="75" w:type="dxa"/>
              <w:start w:w="75" w:type="dxa"/>
              <w:bottom w:w="75" w:type="dxa"/>
              <w:end w:w="75" w:type="dxa"/>
            </w:tcMar>
            <w:shd w:fill="FAFBFC"/>
          </w:tcPr>
          <w:p>
            <w:pPr>
              <w:spacing w:after="0"/>
            </w:pPr>
            <w:r>
              <w:rPr>
                <w:rFonts w:ascii="Arimo" w:hAnsi="Arimo" w:eastAsia="Arimo"/>
                <w:i w:val="0"/>
                <w:color w:val="263238"/>
                <w:sz w:val="17"/>
              </w:rPr>
              <w:t>8. Plan, Risks &amp; Budget</w:t>
            </w:r>
          </w:p>
        </w:tc>
        <w:tc>
          <w:tcPr>
            <w:tcW w:type="dxa" w:w="6768"/>
            <w:tcMar>
              <w:top w:w="75" w:type="dxa"/>
              <w:start w:w="75" w:type="dxa"/>
              <w:bottom w:w="75" w:type="dxa"/>
              <w:end w:w="75" w:type="dxa"/>
            </w:tcMar>
            <w:shd w:fill="FAFBFC"/>
          </w:tcPr>
          <w:p>
            <w:pPr>
              <w:spacing w:after="0"/>
            </w:pPr>
            <w:r>
              <w:rPr>
                <w:rFonts w:ascii="Arimo" w:hAnsi="Arimo" w:eastAsia="Arimo"/>
                <w:i w:val="0"/>
                <w:color w:val="263238"/>
                <w:sz w:val="17"/>
              </w:rPr>
              <w:t>Can it be completed within time and constraints?</w:t>
            </w:r>
          </w:p>
        </w:tc>
      </w:tr>
      <w:tr>
        <w:tc>
          <w:tcPr>
            <w:tcW w:type="dxa" w:w="3024"/>
            <w:tcMar>
              <w:top w:w="75" w:type="dxa"/>
              <w:start w:w="75" w:type="dxa"/>
              <w:bottom w:w="75" w:type="dxa"/>
              <w:end w:w="75" w:type="dxa"/>
            </w:tcMar>
          </w:tcPr>
          <w:p>
            <w:pPr>
              <w:spacing w:after="0"/>
            </w:pPr>
            <w:r>
              <w:rPr>
                <w:rFonts w:ascii="Arimo" w:hAnsi="Arimo" w:eastAsia="Arimo"/>
                <w:i w:val="0"/>
                <w:color w:val="263238"/>
                <w:sz w:val="17"/>
              </w:rPr>
              <w:t>9. Testing &amp; Success Criteria</w:t>
            </w:r>
          </w:p>
        </w:tc>
        <w:tc>
          <w:tcPr>
            <w:tcW w:type="dxa" w:w="6768"/>
            <w:tcMar>
              <w:top w:w="75" w:type="dxa"/>
              <w:start w:w="75" w:type="dxa"/>
              <w:bottom w:w="75" w:type="dxa"/>
              <w:end w:w="75" w:type="dxa"/>
            </w:tcMar>
          </w:tcPr>
          <w:p>
            <w:pPr>
              <w:spacing w:after="0"/>
            </w:pPr>
            <w:r>
              <w:rPr>
                <w:rFonts w:ascii="Arimo" w:hAnsi="Arimo" w:eastAsia="Arimo"/>
                <w:i w:val="0"/>
                <w:color w:val="263238"/>
                <w:sz w:val="17"/>
              </w:rPr>
              <w:t>How will you know the project works?</w:t>
            </w:r>
          </w:p>
        </w:tc>
      </w:tr>
      <w:tr>
        <w:tc>
          <w:tcPr>
            <w:tcW w:type="dxa" w:w="3024"/>
            <w:tcMar>
              <w:top w:w="75" w:type="dxa"/>
              <w:start w:w="75" w:type="dxa"/>
              <w:bottom w:w="75" w:type="dxa"/>
              <w:end w:w="75" w:type="dxa"/>
            </w:tcMar>
            <w:shd w:fill="FAFBFC"/>
          </w:tcPr>
          <w:p>
            <w:pPr>
              <w:spacing w:after="0"/>
            </w:pPr>
            <w:r>
              <w:rPr>
                <w:rFonts w:ascii="Arimo" w:hAnsi="Arimo" w:eastAsia="Arimo"/>
                <w:i w:val="0"/>
                <w:color w:val="263238"/>
                <w:sz w:val="17"/>
              </w:rPr>
              <w:t>10. References &amp; Appendices</w:t>
            </w:r>
          </w:p>
        </w:tc>
        <w:tc>
          <w:tcPr>
            <w:tcW w:type="dxa" w:w="6768"/>
            <w:tcMar>
              <w:top w:w="75" w:type="dxa"/>
              <w:start w:w="75" w:type="dxa"/>
              <w:bottom w:w="75" w:type="dxa"/>
              <w:end w:w="75" w:type="dxa"/>
            </w:tcMar>
            <w:shd w:fill="FAFBFC"/>
          </w:tcPr>
          <w:p>
            <w:pPr>
              <w:spacing w:after="0"/>
            </w:pPr>
            <w:r>
              <w:rPr>
                <w:rFonts w:ascii="Arimo" w:hAnsi="Arimo" w:eastAsia="Arimo"/>
                <w:i w:val="0"/>
                <w:color w:val="263238"/>
                <w:sz w:val="17"/>
              </w:rPr>
              <w:t>What supports the proposal and what supplementary material is included?</w:t>
            </w:r>
          </w:p>
        </w:tc>
      </w:tr>
    </w:tbl>
    <w:p>
      <w:pPr>
        <w:spacing w:after="40"/>
      </w:pPr>
    </w:p>
    <w:tbl>
      <w:tblPr>
        <w:tblW w:type="auto" w:w="0"/>
        <w:jc w:val="center"/>
        <w:tblLayout w:type="fixed"/>
        <w:tblLook w:firstColumn="1" w:firstRow="1" w:lastColumn="0" w:lastRow="0" w:noHBand="0" w:noVBand="1" w:val="04A0"/>
      </w:tblPr>
      <w:tblGrid>
        <w:gridCol w:w="9994"/>
      </w:tblGrid>
      <w:tr>
        <w:tc>
          <w:tcPr>
            <w:tcW w:type="dxa" w:w="9994"/>
            <w:shd w:fill="EAF2F8"/>
            <w:tcMar>
              <w:top w:w="120" w:type="dxa"/>
              <w:start w:w="150" w:type="dxa"/>
              <w:bottom w:w="120" w:type="dxa"/>
              <w:end w:w="150" w:type="dxa"/>
            </w:tcMar>
          </w:tcPr>
          <w:p>
            <w:pPr>
              <w:spacing w:after="40"/>
            </w:pPr>
            <w:r>
              <w:rPr>
                <w:rFonts w:ascii="Arimo" w:hAnsi="Arimo" w:eastAsia="Arimo"/>
                <w:b/>
                <w:color w:val="1F5D8F"/>
                <w:sz w:val="19"/>
              </w:rPr>
              <w:t>Length guidance</w:t>
            </w:r>
          </w:p>
          <w:p>
            <w:pPr>
              <w:spacing w:after="0"/>
            </w:pPr>
            <w:r>
              <w:rPr>
                <w:rFonts w:ascii="Arimo" w:hAnsi="Arimo" w:eastAsia="Arimo"/>
                <w:color w:val="5F6B76"/>
                <w:sz w:val="18"/>
              </w:rPr>
              <w:t>A typical student engineering proposal is often 5–15 pages excluding appendices, but requirements vary widely. Follow your course, department or supervisor guidance.</w:t>
            </w:r>
          </w:p>
        </w:tc>
      </w:tr>
    </w:tbl>
    <w:p>
      <w:pPr>
        <w:spacing w:after="20"/>
      </w:pPr>
    </w:p>
    <w:p>
      <w:pPr>
        <w:pageBreakBefore/>
        <w:spacing w:after="40"/>
      </w:pPr>
      <w:r>
        <w:rPr>
          <w:rFonts w:ascii="Arimo" w:hAnsi="Arimo" w:eastAsia="Arimo"/>
          <w:b/>
          <w:color w:val="F28C28"/>
          <w:sz w:val="16"/>
        </w:rPr>
        <w:t>PROJECT DEFINITION</w:t>
      </w:r>
    </w:p>
    <w:p>
      <w:pPr>
        <w:spacing w:before="40" w:after="140"/>
        <w:keepNext/>
        <w:pBdr>
          <w:bottom w:val="single" w:sz="7" w:space="4" w:color="C9D8E5"/>
        </w:pBdr>
      </w:pPr>
      <w:r>
        <w:rPr>
          <w:rFonts w:ascii="Arimo" w:hAnsi="Arimo" w:eastAsia="Arimo"/>
          <w:b/>
          <w:color w:val="F28C28"/>
          <w:sz w:val="30"/>
        </w:rPr>
        <w:t xml:space="preserve">1  </w:t>
      </w:r>
      <w:r>
        <w:rPr>
          <w:rFonts w:ascii="Arimo" w:hAnsi="Arimo" w:eastAsia="Arimo"/>
          <w:b/>
          <w:color w:val="17324D"/>
          <w:sz w:val="30"/>
        </w:rPr>
        <w:t>Project Summary</w:t>
      </w:r>
    </w:p>
    <w:p>
      <w:pPr>
        <w:spacing w:after="160"/>
      </w:pPr>
      <w:r>
        <w:rPr>
          <w:rFonts w:ascii="Arimo" w:hAnsi="Arimo" w:eastAsia="Arimo"/>
          <w:i/>
          <w:color w:val="5F6B76"/>
          <w:sz w:val="19"/>
        </w:rPr>
        <w:t>Write this section last. It should give a reviewer a complete picture in one page.</w:t>
      </w:r>
    </w:p>
    <w:tbl>
      <w:tblPr>
        <w:tblW w:type="auto" w:w="0"/>
        <w:jc w:val="center"/>
        <w:tblLayout w:type="fixed"/>
        <w:tblLook w:firstColumn="1" w:firstRow="1" w:lastColumn="0" w:lastRow="0" w:noHBand="0" w:noVBand="1" w:val="04A0"/>
      </w:tblPr>
      <w:tblGrid>
        <w:gridCol w:w="4997"/>
        <w:gridCol w:w="4997"/>
      </w:tblGrid>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Project Title</w:t>
            </w:r>
          </w:p>
        </w:tc>
        <w:tc>
          <w:tcPr>
            <w:tcW w:type="dxa" w:w="6768"/>
            <w:tcMar>
              <w:top w:w="90" w:type="dxa"/>
              <w:start w:w="110" w:type="dxa"/>
              <w:bottom w:w="90" w:type="dxa"/>
              <w:end w:w="110" w:type="dxa"/>
            </w:tcMar>
          </w:tcPr>
          <w:p>
            <w:pPr>
              <w:spacing w:after="0"/>
            </w:pPr>
            <w:r>
              <w:rPr>
                <w:rFonts w:ascii="Arimo" w:hAnsi="Arimo" w:eastAsia="Arimo"/>
                <w:i/>
                <w:color w:val="6B7782"/>
                <w:sz w:val="18"/>
              </w:rPr>
              <w:t>[Specific, concise and technically meaningful title]</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Primary Domain</w:t>
            </w:r>
          </w:p>
        </w:tc>
        <w:tc>
          <w:tcPr>
            <w:tcW w:type="dxa" w:w="6768"/>
            <w:tcMar>
              <w:top w:w="90" w:type="dxa"/>
              <w:start w:w="110" w:type="dxa"/>
              <w:bottom w:w="90" w:type="dxa"/>
              <w:end w:w="110" w:type="dxa"/>
            </w:tcMar>
          </w:tcPr>
          <w:p>
            <w:pPr>
              <w:spacing w:after="0"/>
            </w:pPr>
            <w:r>
              <w:rPr>
                <w:rFonts w:ascii="Arimo" w:hAnsi="Arimo" w:eastAsia="Arimo"/>
                <w:i/>
                <w:color w:val="6B7782"/>
                <w:sz w:val="18"/>
              </w:rPr>
              <w:t>[e.g., AI/ML, robotics, power systems, civil structures]</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Project Type</w:t>
            </w:r>
          </w:p>
        </w:tc>
        <w:tc>
          <w:tcPr>
            <w:tcW w:type="dxa" w:w="6768"/>
            <w:tcMar>
              <w:top w:w="90" w:type="dxa"/>
              <w:start w:w="110" w:type="dxa"/>
              <w:bottom w:w="90" w:type="dxa"/>
              <w:end w:w="110" w:type="dxa"/>
            </w:tcMar>
          </w:tcPr>
          <w:p>
            <w:pPr>
              <w:spacing w:after="0"/>
            </w:pPr>
            <w:r>
              <w:rPr>
                <w:rFonts w:ascii="Arimo" w:hAnsi="Arimo" w:eastAsia="Arimo"/>
                <w:i/>
                <w:color w:val="6B7782"/>
                <w:sz w:val="18"/>
              </w:rPr>
              <w:t>[Capstone / Senior Design / Final Year / Research / Prototype]</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Target User / Stakeholder</w:t>
            </w:r>
          </w:p>
        </w:tc>
        <w:tc>
          <w:tcPr>
            <w:tcW w:type="dxa" w:w="6768"/>
            <w:tcMar>
              <w:top w:w="90" w:type="dxa"/>
              <w:start w:w="110" w:type="dxa"/>
              <w:bottom w:w="90" w:type="dxa"/>
              <w:end w:w="110" w:type="dxa"/>
            </w:tcMar>
          </w:tcPr>
          <w:p>
            <w:pPr>
              <w:spacing w:after="0"/>
            </w:pPr>
            <w:r>
              <w:rPr>
                <w:rFonts w:ascii="Arimo" w:hAnsi="Arimo" w:eastAsia="Arimo"/>
                <w:i/>
                <w:color w:val="6B7782"/>
                <w:sz w:val="18"/>
              </w:rPr>
              <w:t>[Who benefits from the solution?]</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Estimated Duration</w:t>
            </w:r>
          </w:p>
        </w:tc>
        <w:tc>
          <w:tcPr>
            <w:tcW w:type="dxa" w:w="6768"/>
            <w:tcMar>
              <w:top w:w="90" w:type="dxa"/>
              <w:start w:w="110" w:type="dxa"/>
              <w:bottom w:w="90" w:type="dxa"/>
              <w:end w:w="110" w:type="dxa"/>
            </w:tcMar>
          </w:tcPr>
          <w:p>
            <w:pPr>
              <w:spacing w:after="0"/>
            </w:pPr>
            <w:r>
              <w:rPr>
                <w:rFonts w:ascii="Arimo" w:hAnsi="Arimo" w:eastAsia="Arimo"/>
                <w:i/>
                <w:color w:val="6B7782"/>
                <w:sz w:val="18"/>
              </w:rPr>
              <w:t>[e.g., 16 weeks / one semester]</w:t>
            </w:r>
          </w:p>
        </w:tc>
      </w:tr>
      <w:tr>
        <w:tc>
          <w:tcPr>
            <w:tcW w:type="dxa" w:w="2880"/>
            <w:tcMar>
              <w:top w:w="90" w:type="dxa"/>
              <w:start w:w="110" w:type="dxa"/>
              <w:bottom w:w="90" w:type="dxa"/>
              <w:end w:w="110" w:type="dxa"/>
            </w:tcMar>
            <w:shd w:fill="F5F7F9"/>
          </w:tcPr>
          <w:p>
            <w:pPr>
              <w:spacing w:after="0"/>
            </w:pPr>
            <w:r>
              <w:rPr>
                <w:rFonts w:ascii="Arimo" w:hAnsi="Arimo" w:eastAsia="Arimo"/>
                <w:b/>
                <w:color w:val="17324D"/>
                <w:sz w:val="18"/>
              </w:rPr>
              <w:t>Team Size</w:t>
            </w:r>
          </w:p>
        </w:tc>
        <w:tc>
          <w:tcPr>
            <w:tcW w:type="dxa" w:w="6768"/>
            <w:tcMar>
              <w:top w:w="90" w:type="dxa"/>
              <w:start w:w="110" w:type="dxa"/>
              <w:bottom w:w="90" w:type="dxa"/>
              <w:end w:w="110" w:type="dxa"/>
            </w:tcMar>
          </w:tcPr>
          <w:p>
            <w:pPr>
              <w:spacing w:after="0"/>
            </w:pPr>
            <w:r>
              <w:rPr>
                <w:rFonts w:ascii="Arimo" w:hAnsi="Arimo" w:eastAsia="Arimo"/>
                <w:i/>
                <w:color w:val="6B7782"/>
                <w:sz w:val="18"/>
              </w:rPr>
              <w:t>[Number of students / roles]</w:t>
            </w:r>
          </w:p>
        </w:tc>
      </w:tr>
    </w:tbl>
    <w:p>
      <w:pPr>
        <w:spacing w:after="40"/>
      </w:pPr>
    </w:p>
    <w:p>
      <w:pPr>
        <w:spacing w:after="60" w:line="269" w:lineRule="auto"/>
      </w:pPr>
      <w:r>
        <w:rPr>
          <w:rFonts w:ascii="Arimo" w:hAnsi="Arimo" w:eastAsia="Arimo"/>
          <w:b/>
          <w:i w:val="0"/>
          <w:color w:val="17324D"/>
          <w:sz w:val="22"/>
        </w:rPr>
        <w:t>Executive Summary</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[In 150–250 words: state the problem, proposed solution, core method/technology, expected output and how success will be measured.]</w:t>
            </w:r>
          </w:p>
          <w:p>
            <w:pPr>
              <w:spacing w:after="160"/>
            </w:pPr>
          </w:p>
          <w:p>
            <w:pPr>
              <w:spacing w:after="160"/>
            </w:pPr>
          </w:p>
          <w:p>
            <w:pPr>
              <w:spacing w:after="160"/>
            </w:pPr>
          </w:p>
          <w:p>
            <w:pPr>
              <w:spacing w:after="160"/>
            </w:pPr>
          </w:p>
          <w:p>
            <w:pPr>
              <w:spacing w:after="160"/>
            </w:pPr>
          </w:p>
        </w:tc>
      </w:tr>
    </w:tbl>
    <w:p>
      <w:pPr>
        <w:spacing w:after="40"/>
      </w:pPr>
    </w:p>
    <w:p>
      <w:pPr>
        <w:spacing w:after="60" w:line="269" w:lineRule="auto"/>
      </w:pPr>
      <w:r>
        <w:rPr>
          <w:rFonts w:ascii="Arimo" w:hAnsi="Arimo" w:eastAsia="Arimo"/>
          <w:b/>
          <w:i w:val="0"/>
          <w:color w:val="17324D"/>
          <w:sz w:val="22"/>
        </w:rPr>
        <w:t>One-Sentence Value Proposition</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[Example structure: We will build X for Y users to improve Z by using A/B/C.]</w:t>
            </w:r>
          </w:p>
          <w:p>
            <w:pPr>
              <w:spacing w:after="160"/>
            </w:pPr>
          </w:p>
        </w:tc>
      </w:tr>
    </w:tbl>
    <w:p>
      <w:pPr>
        <w:spacing w:after="40"/>
      </w:pPr>
    </w:p>
    <w:p>
      <w:pPr>
        <w:spacing w:after="60" w:line="269" w:lineRule="auto"/>
      </w:pPr>
      <w:r>
        <w:rPr>
          <w:rFonts w:ascii="Arimo" w:hAnsi="Arimo" w:eastAsia="Arimo"/>
          <w:b/>
          <w:i w:val="0"/>
          <w:color w:val="17324D"/>
          <w:sz w:val="22"/>
        </w:rPr>
        <w:t>Key Deliverables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648"/>
            <w:shd w:fill="17324D"/>
            <w:tcMar>
              <w:top w:w="80" w:type="dxa"/>
              <w:start w:w="80" w:type="dxa"/>
              <w:bottom w:w="80" w:type="dxa"/>
              <w:end w:w="80" w:type="dxa"/>
            </w:tcMar>
          </w:tcPr>
          <w:p>
            <w:pPr>
              <w:spacing w:after="0"/>
              <w:jc w:val="center"/>
            </w:pPr>
            <w:r>
              <w:rPr>
                <w:rFonts w:ascii="Arimo" w:hAnsi="Arimo" w:eastAsia="Arimo"/>
                <w:b/>
                <w:color w:val="FFFFFF"/>
                <w:sz w:val="17"/>
              </w:rPr>
              <w:t>#</w:t>
            </w:r>
          </w:p>
        </w:tc>
        <w:tc>
          <w:tcPr>
            <w:tcW w:type="dxa" w:w="4320"/>
            <w:shd w:fill="17324D"/>
            <w:tcMar>
              <w:top w:w="80" w:type="dxa"/>
              <w:start w:w="80" w:type="dxa"/>
              <w:bottom w:w="80" w:type="dxa"/>
              <w:end w:w="80" w:type="dxa"/>
            </w:tcMar>
          </w:tcPr>
          <w:p>
            <w:pPr>
              <w:spacing w:after="0"/>
              <w:jc w:val="center"/>
            </w:pPr>
            <w:r>
              <w:rPr>
                <w:rFonts w:ascii="Arimo" w:hAnsi="Arimo" w:eastAsia="Arimo"/>
                <w:b/>
                <w:color w:val="FFFFFF"/>
                <w:sz w:val="17"/>
              </w:rPr>
              <w:t>Deliverable</w:t>
            </w:r>
          </w:p>
        </w:tc>
        <w:tc>
          <w:tcPr>
            <w:tcW w:type="dxa" w:w="4752"/>
            <w:shd w:fill="17324D"/>
            <w:tcMar>
              <w:top w:w="80" w:type="dxa"/>
              <w:start w:w="80" w:type="dxa"/>
              <w:bottom w:w="80" w:type="dxa"/>
              <w:end w:w="80" w:type="dxa"/>
            </w:tcMar>
          </w:tcPr>
          <w:p>
            <w:pPr>
              <w:spacing w:after="0"/>
              <w:jc w:val="center"/>
            </w:pPr>
            <w:r>
              <w:rPr>
                <w:rFonts w:ascii="Arimo" w:hAnsi="Arimo" w:eastAsia="Arimo"/>
                <w:b/>
                <w:color w:val="FFFFFF"/>
                <w:sz w:val="17"/>
              </w:rPr>
              <w:t>Evidence of Completion</w:t>
            </w:r>
          </w:p>
        </w:tc>
      </w:tr>
      <w:tr>
        <w:tc>
          <w:tcPr>
            <w:tcW w:type="dxa" w:w="648"/>
            <w:tcMar>
              <w:top w:w="75" w:type="dxa"/>
              <w:start w:w="75" w:type="dxa"/>
              <w:bottom w:w="75" w:type="dxa"/>
              <w:end w:w="75" w:type="dxa"/>
            </w:tcMar>
          </w:tcPr>
          <w:p>
            <w:pPr>
              <w:spacing w:after="0"/>
            </w:pPr>
            <w:r>
              <w:rPr>
                <w:rFonts w:ascii="Arimo" w:hAnsi="Arimo" w:eastAsia="Arimo"/>
                <w:i w:val="0"/>
                <w:color w:val="263238"/>
                <w:sz w:val="17"/>
              </w:rPr>
              <w:t>1</w:t>
            </w:r>
          </w:p>
        </w:tc>
        <w:tc>
          <w:tcPr>
            <w:tcW w:type="dxa" w:w="4320"/>
            <w:tcMar>
              <w:top w:w="75" w:type="dxa"/>
              <w:start w:w="75" w:type="dxa"/>
              <w:bottom w:w="75" w:type="dxa"/>
              <w:end w:w="75" w:type="dxa"/>
            </w:tcMar>
          </w:tcPr>
          <w:p>
            <w:pPr>
              <w:spacing w:after="0"/>
            </w:pPr>
            <w:r>
              <w:rPr>
                <w:rFonts w:ascii="Arimo" w:hAnsi="Arimo" w:eastAsia="Arimo"/>
                <w:i/>
                <w:color w:val="71808D"/>
                <w:sz w:val="17"/>
              </w:rPr>
              <w:t>[Working prototype / model / design]</w:t>
            </w:r>
          </w:p>
        </w:tc>
        <w:tc>
          <w:tcPr>
            <w:tcW w:type="dxa" w:w="4752"/>
            <w:tcMar>
              <w:top w:w="75" w:type="dxa"/>
              <w:start w:w="75" w:type="dxa"/>
              <w:bottom w:w="75" w:type="dxa"/>
              <w:end w:w="75" w:type="dxa"/>
            </w:tcMar>
          </w:tcPr>
          <w:p>
            <w:pPr>
              <w:spacing w:after="0"/>
            </w:pPr>
            <w:r>
              <w:rPr>
                <w:rFonts w:ascii="Arimo" w:hAnsi="Arimo" w:eastAsia="Arimo"/>
                <w:i/>
                <w:color w:val="71808D"/>
                <w:sz w:val="17"/>
              </w:rPr>
              <w:t>[Demo, tested build, simulation output]</w:t>
            </w:r>
          </w:p>
        </w:tc>
      </w:tr>
      <w:tr>
        <w:tc>
          <w:tcPr>
            <w:tcW w:type="dxa" w:w="648"/>
            <w:tcMar>
              <w:top w:w="75" w:type="dxa"/>
              <w:start w:w="75" w:type="dxa"/>
              <w:bottom w:w="75" w:type="dxa"/>
              <w:end w:w="75" w:type="dxa"/>
            </w:tcMar>
            <w:shd w:fill="FAFBFC"/>
          </w:tcPr>
          <w:p>
            <w:pPr>
              <w:spacing w:after="0"/>
            </w:pPr>
            <w:r>
              <w:rPr>
                <w:rFonts w:ascii="Arimo" w:hAnsi="Arimo" w:eastAsia="Arimo"/>
                <w:i w:val="0"/>
                <w:color w:val="263238"/>
                <w:sz w:val="17"/>
              </w:rPr>
              <w:t>2</w:t>
            </w:r>
          </w:p>
        </w:tc>
        <w:tc>
          <w:tcPr>
            <w:tcW w:type="dxa" w:w="4320"/>
            <w:tcMar>
              <w:top w:w="75" w:type="dxa"/>
              <w:start w:w="75" w:type="dxa"/>
              <w:bottom w:w="75" w:type="dxa"/>
              <w:end w:w="75" w:type="dxa"/>
            </w:tcMar>
            <w:shd w:fill="FAFBFC"/>
          </w:tcPr>
          <w:p>
            <w:pPr>
              <w:spacing w:after="0"/>
            </w:pPr>
            <w:r>
              <w:rPr>
                <w:rFonts w:ascii="Arimo" w:hAnsi="Arimo" w:eastAsia="Arimo"/>
                <w:i/>
                <w:color w:val="71808D"/>
                <w:sz w:val="17"/>
              </w:rPr>
              <w:t>[Dataset / hardware / subsystem]</w:t>
            </w:r>
          </w:p>
        </w:tc>
        <w:tc>
          <w:tcPr>
            <w:tcW w:type="dxa" w:w="4752"/>
            <w:tcMar>
              <w:top w:w="75" w:type="dxa"/>
              <w:start w:w="75" w:type="dxa"/>
              <w:bottom w:w="75" w:type="dxa"/>
              <w:end w:w="75" w:type="dxa"/>
            </w:tcMar>
            <w:shd w:fill="FAFBFC"/>
          </w:tcPr>
          <w:p>
            <w:pPr>
              <w:spacing w:after="0"/>
            </w:pPr>
            <w:r>
              <w:rPr>
                <w:rFonts w:ascii="Arimo" w:hAnsi="Arimo" w:eastAsia="Arimo"/>
                <w:i/>
                <w:color w:val="71808D"/>
                <w:sz w:val="17"/>
              </w:rPr>
              <w:t>[Prepared data, BOM, fabricated part, etc.]</w:t>
            </w:r>
          </w:p>
        </w:tc>
      </w:tr>
      <w:tr>
        <w:tc>
          <w:tcPr>
            <w:tcW w:type="dxa" w:w="648"/>
            <w:tcMar>
              <w:top w:w="75" w:type="dxa"/>
              <w:start w:w="75" w:type="dxa"/>
              <w:bottom w:w="75" w:type="dxa"/>
              <w:end w:w="75" w:type="dxa"/>
            </w:tcMar>
          </w:tcPr>
          <w:p>
            <w:pPr>
              <w:spacing w:after="0"/>
            </w:pPr>
            <w:r>
              <w:rPr>
                <w:rFonts w:ascii="Arimo" w:hAnsi="Arimo" w:eastAsia="Arimo"/>
                <w:i w:val="0"/>
                <w:color w:val="263238"/>
                <w:sz w:val="17"/>
              </w:rPr>
              <w:t>3</w:t>
            </w:r>
          </w:p>
        </w:tc>
        <w:tc>
          <w:tcPr>
            <w:tcW w:type="dxa" w:w="4320"/>
            <w:tcMar>
              <w:top w:w="75" w:type="dxa"/>
              <w:start w:w="75" w:type="dxa"/>
              <w:bottom w:w="75" w:type="dxa"/>
              <w:end w:w="75" w:type="dxa"/>
            </w:tcMar>
          </w:tcPr>
          <w:p>
            <w:pPr>
              <w:spacing w:after="0"/>
            </w:pPr>
            <w:r>
              <w:rPr>
                <w:rFonts w:ascii="Arimo" w:hAnsi="Arimo" w:eastAsia="Arimo"/>
                <w:i/>
                <w:color w:val="71808D"/>
                <w:sz w:val="17"/>
              </w:rPr>
              <w:t>[Evaluation]</w:t>
            </w:r>
          </w:p>
        </w:tc>
        <w:tc>
          <w:tcPr>
            <w:tcW w:type="dxa" w:w="4752"/>
            <w:tcMar>
              <w:top w:w="75" w:type="dxa"/>
              <w:start w:w="75" w:type="dxa"/>
              <w:bottom w:w="75" w:type="dxa"/>
              <w:end w:w="75" w:type="dxa"/>
            </w:tcMar>
          </w:tcPr>
          <w:p>
            <w:pPr>
              <w:spacing w:after="0"/>
            </w:pPr>
            <w:r>
              <w:rPr>
                <w:rFonts w:ascii="Arimo" w:hAnsi="Arimo" w:eastAsia="Arimo"/>
                <w:i/>
                <w:color w:val="71808D"/>
                <w:sz w:val="17"/>
              </w:rPr>
              <w:t>[Metrics, test results, comparison]</w:t>
            </w:r>
          </w:p>
        </w:tc>
      </w:tr>
      <w:tr>
        <w:tc>
          <w:tcPr>
            <w:tcW w:type="dxa" w:w="648"/>
            <w:tcMar>
              <w:top w:w="75" w:type="dxa"/>
              <w:start w:w="75" w:type="dxa"/>
              <w:bottom w:w="75" w:type="dxa"/>
              <w:end w:w="75" w:type="dxa"/>
            </w:tcMar>
            <w:shd w:fill="FAFBFC"/>
          </w:tcPr>
          <w:p>
            <w:pPr>
              <w:spacing w:after="0"/>
            </w:pPr>
            <w:r>
              <w:rPr>
                <w:rFonts w:ascii="Arimo" w:hAnsi="Arimo" w:eastAsia="Arimo"/>
                <w:i w:val="0"/>
                <w:color w:val="263238"/>
                <w:sz w:val="17"/>
              </w:rPr>
              <w:t>4</w:t>
            </w:r>
          </w:p>
        </w:tc>
        <w:tc>
          <w:tcPr>
            <w:tcW w:type="dxa" w:w="4320"/>
            <w:tcMar>
              <w:top w:w="75" w:type="dxa"/>
              <w:start w:w="75" w:type="dxa"/>
              <w:bottom w:w="75" w:type="dxa"/>
              <w:end w:w="75" w:type="dxa"/>
            </w:tcMar>
            <w:shd w:fill="FAFBFC"/>
          </w:tcPr>
          <w:p>
            <w:pPr>
              <w:spacing w:after="0"/>
            </w:pPr>
            <w:r>
              <w:rPr>
                <w:rFonts w:ascii="Arimo" w:hAnsi="Arimo" w:eastAsia="Arimo"/>
                <w:i/>
                <w:color w:val="71808D"/>
                <w:sz w:val="17"/>
              </w:rPr>
              <w:t>[Documentation]</w:t>
            </w:r>
          </w:p>
        </w:tc>
        <w:tc>
          <w:tcPr>
            <w:tcW w:type="dxa" w:w="4752"/>
            <w:tcMar>
              <w:top w:w="75" w:type="dxa"/>
              <w:start w:w="75" w:type="dxa"/>
              <w:bottom w:w="75" w:type="dxa"/>
              <w:end w:w="75" w:type="dxa"/>
            </w:tcMar>
            <w:shd w:fill="FAFBFC"/>
          </w:tcPr>
          <w:p>
            <w:pPr>
              <w:spacing w:after="0"/>
            </w:pPr>
            <w:r>
              <w:rPr>
                <w:rFonts w:ascii="Arimo" w:hAnsi="Arimo" w:eastAsia="Arimo"/>
                <w:i/>
                <w:color w:val="71808D"/>
                <w:sz w:val="17"/>
              </w:rPr>
              <w:t>[Report, repository, design files, user guide]</w:t>
            </w:r>
          </w:p>
        </w:tc>
      </w:tr>
    </w:tbl>
    <w:p>
      <w:pPr>
        <w:spacing w:after="40"/>
      </w:pPr>
    </w:p>
    <w:p>
      <w:pPr>
        <w:pageBreakBefore/>
        <w:spacing w:after="40"/>
      </w:pPr>
      <w:r>
        <w:rPr>
          <w:rFonts w:ascii="Arimo" w:hAnsi="Arimo" w:eastAsia="Arimo"/>
          <w:b/>
          <w:color w:val="F28C28"/>
          <w:sz w:val="16"/>
        </w:rPr>
        <w:t>PROBLEM AND CONTEXT</w:t>
      </w:r>
    </w:p>
    <w:p>
      <w:pPr>
        <w:spacing w:before="40" w:after="140"/>
        <w:keepNext/>
        <w:pBdr>
          <w:bottom w:val="single" w:sz="7" w:space="4" w:color="C9D8E5"/>
        </w:pBdr>
      </w:pPr>
      <w:r>
        <w:rPr>
          <w:rFonts w:ascii="Arimo" w:hAnsi="Arimo" w:eastAsia="Arimo"/>
          <w:b/>
          <w:color w:val="F28C28"/>
          <w:sz w:val="30"/>
        </w:rPr>
        <w:t xml:space="preserve">2  </w:t>
      </w:r>
      <w:r>
        <w:rPr>
          <w:rFonts w:ascii="Arimo" w:hAnsi="Arimo" w:eastAsia="Arimo"/>
          <w:b/>
          <w:color w:val="17324D"/>
          <w:sz w:val="30"/>
        </w:rPr>
        <w:t>Background &amp; Problem Statement</w:t>
      </w:r>
    </w:p>
    <w:p>
      <w:pPr>
        <w:spacing w:after="160"/>
      </w:pPr>
      <w:r>
        <w:rPr>
          <w:rFonts w:ascii="Arimo" w:hAnsi="Arimo" w:eastAsia="Arimo"/>
          <w:i/>
          <w:color w:val="5F6B76"/>
          <w:sz w:val="19"/>
        </w:rPr>
        <w:t>Define the real engineering need before describing your preferred technology.</w:t>
      </w:r>
    </w:p>
    <w:p>
      <w:pPr>
        <w:spacing w:after="60" w:line="269" w:lineRule="auto"/>
      </w:pPr>
      <w:r>
        <w:rPr>
          <w:rFonts w:ascii="Arimo" w:hAnsi="Arimo" w:eastAsia="Arimo"/>
          <w:b/>
          <w:i w:val="0"/>
          <w:color w:val="17324D"/>
          <w:sz w:val="22"/>
        </w:rPr>
        <w:t>2.1 Background / Context</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[Describe the setting, users, system, industry or research context. Include relevant facts, data or references. Avoid generic statements such as “technology is growing rapidly.”]</w:t>
            </w:r>
          </w:p>
          <w:p>
            <w:pPr>
              <w:spacing w:after="160"/>
            </w:pPr>
          </w:p>
          <w:p>
            <w:pPr>
              <w:spacing w:after="160"/>
            </w:pPr>
          </w:p>
          <w:p>
            <w:pPr>
              <w:spacing w:after="160"/>
            </w:pPr>
          </w:p>
          <w:p>
            <w:pPr>
              <w:spacing w:after="160"/>
            </w:pPr>
          </w:p>
          <w:p>
            <w:pPr>
              <w:spacing w:after="160"/>
            </w:pPr>
          </w:p>
        </w:tc>
      </w:tr>
    </w:tbl>
    <w:p>
      <w:pPr>
        <w:spacing w:after="40"/>
      </w:pPr>
    </w:p>
    <w:p>
      <w:pPr>
        <w:spacing w:after="60" w:line="269" w:lineRule="auto"/>
      </w:pPr>
      <w:r>
        <w:rPr>
          <w:rFonts w:ascii="Arimo" w:hAnsi="Arimo" w:eastAsia="Arimo"/>
          <w:b/>
          <w:i w:val="0"/>
          <w:color w:val="17324D"/>
          <w:sz w:val="22"/>
        </w:rPr>
        <w:t>2.2 Problem Statement</w:t>
      </w:r>
    </w:p>
    <w:tbl>
      <w:tblPr>
        <w:tblW w:type="auto" w:w="0"/>
        <w:jc w:val="center"/>
        <w:tblLayout w:type="fixed"/>
        <w:tblLook w:firstColumn="1" w:firstRow="1" w:lastColumn="0" w:lastRow="0" w:noHBand="0" w:noVBand="1" w:val="04A0"/>
      </w:tblPr>
      <w:tblGrid>
        <w:gridCol w:w="9994"/>
      </w:tblGrid>
      <w:tr>
        <w:tc>
          <w:tcPr>
            <w:tcW w:type="dxa" w:w="9994"/>
            <w:shd w:fill="EAF2F8"/>
            <w:tcMar>
              <w:top w:w="120" w:type="dxa"/>
              <w:start w:w="150" w:type="dxa"/>
              <w:bottom w:w="120" w:type="dxa"/>
              <w:end w:w="150" w:type="dxa"/>
            </w:tcMar>
          </w:tcPr>
          <w:p>
            <w:pPr>
              <w:spacing w:after="40"/>
            </w:pPr>
            <w:r>
              <w:rPr>
                <w:rFonts w:ascii="Arimo" w:hAnsi="Arimo" w:eastAsia="Arimo"/>
                <w:b/>
                <w:color w:val="1F5D8F"/>
                <w:sz w:val="19"/>
              </w:rPr>
              <w:t>Good problem statement</w:t>
            </w:r>
          </w:p>
          <w:p>
            <w:pPr>
              <w:spacing w:after="0"/>
            </w:pPr>
            <w:r>
              <w:rPr>
                <w:rFonts w:ascii="Arimo" w:hAnsi="Arimo" w:eastAsia="Arimo"/>
                <w:color w:val="5F6B76"/>
                <w:sz w:val="18"/>
              </w:rPr>
              <w:t>Describe the current situation, the specific deficiency, who is affected, why it matters, and the consequence of leaving it unresolved. Keep the solution out of this paragraph unless necessary.</w:t>
            </w:r>
          </w:p>
        </w:tc>
      </w:tr>
    </w:tbl>
    <w:p>
      <w:pPr>
        <w:spacing w:after="20"/>
      </w:pP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[Write one focused paragraph describing the specific problem to be solved.]</w:t>
            </w:r>
          </w:p>
          <w:p>
            <w:pPr>
              <w:spacing w:after="160"/>
            </w:pPr>
          </w:p>
          <w:p>
            <w:pPr>
              <w:spacing w:after="160"/>
            </w:pPr>
          </w:p>
          <w:p>
            <w:pPr>
              <w:spacing w:after="160"/>
            </w:pPr>
          </w:p>
          <w:p>
            <w:pPr>
              <w:spacing w:after="160"/>
            </w:pPr>
          </w:p>
        </w:tc>
      </w:tr>
    </w:tbl>
    <w:p>
      <w:pPr>
        <w:spacing w:after="40"/>
      </w:pPr>
    </w:p>
    <w:p>
      <w:pPr>
        <w:spacing w:after="60" w:line="269" w:lineRule="auto"/>
      </w:pPr>
      <w:r>
        <w:rPr>
          <w:rFonts w:ascii="Arimo" w:hAnsi="Arimo" w:eastAsia="Arimo"/>
          <w:b/>
          <w:i w:val="0"/>
          <w:color w:val="17324D"/>
          <w:sz w:val="22"/>
        </w:rPr>
        <w:t>2.3 Evidence / Need</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600"/>
            <w:shd w:fill="17324D"/>
            <w:tcMar>
              <w:top w:w="80" w:type="dxa"/>
              <w:start w:w="80" w:type="dxa"/>
              <w:bottom w:w="80" w:type="dxa"/>
              <w:end w:w="80" w:type="dxa"/>
            </w:tcMar>
          </w:tcPr>
          <w:p>
            <w:pPr>
              <w:spacing w:after="0"/>
              <w:jc w:val="center"/>
            </w:pPr>
            <w:r>
              <w:rPr>
                <w:rFonts w:ascii="Arimo" w:hAnsi="Arimo" w:eastAsia="Arimo"/>
                <w:b/>
                <w:color w:val="FFFFFF"/>
                <w:sz w:val="16"/>
              </w:rPr>
              <w:t>Evidence</w:t>
            </w:r>
          </w:p>
        </w:tc>
        <w:tc>
          <w:tcPr>
            <w:tcW w:type="dxa" w:w="2880"/>
            <w:shd w:fill="17324D"/>
            <w:tcMar>
              <w:top w:w="80" w:type="dxa"/>
              <w:start w:w="80" w:type="dxa"/>
              <w:bottom w:w="80" w:type="dxa"/>
              <w:end w:w="80" w:type="dxa"/>
            </w:tcMar>
          </w:tcPr>
          <w:p>
            <w:pPr>
              <w:spacing w:after="0"/>
              <w:jc w:val="center"/>
            </w:pPr>
            <w:r>
              <w:rPr>
                <w:rFonts w:ascii="Arimo" w:hAnsi="Arimo" w:eastAsia="Arimo"/>
                <w:b/>
                <w:color w:val="FFFFFF"/>
                <w:sz w:val="16"/>
              </w:rPr>
              <w:t>Source</w:t>
            </w:r>
          </w:p>
        </w:tc>
        <w:tc>
          <w:tcPr>
            <w:tcW w:type="dxa" w:w="3311"/>
            <w:shd w:fill="17324D"/>
            <w:tcMar>
              <w:top w:w="80" w:type="dxa"/>
              <w:start w:w="80" w:type="dxa"/>
              <w:bottom w:w="80" w:type="dxa"/>
              <w:end w:w="80" w:type="dxa"/>
            </w:tcMar>
          </w:tcPr>
          <w:p>
            <w:pPr>
              <w:spacing w:after="0"/>
              <w:jc w:val="center"/>
            </w:pPr>
            <w:r>
              <w:rPr>
                <w:rFonts w:ascii="Arimo" w:hAnsi="Arimo" w:eastAsia="Arimo"/>
                <w:b/>
                <w:color w:val="FFFFFF"/>
                <w:sz w:val="16"/>
              </w:rPr>
              <w:t>Why It Matters</w:t>
            </w:r>
          </w:p>
        </w:tc>
      </w:tr>
      <w:tr>
        <w:tc>
          <w:tcPr>
            <w:tcW w:type="dxa" w:w="3600"/>
            <w:tcMar>
              <w:top w:w="75" w:type="dxa"/>
              <w:start w:w="75" w:type="dxa"/>
              <w:bottom w:w="75" w:type="dxa"/>
              <w:end w:w="75" w:type="dxa"/>
            </w:tcMar>
          </w:tcPr>
          <w:p>
            <w:pPr>
              <w:spacing w:after="0"/>
            </w:pPr>
            <w:r>
              <w:rPr>
                <w:rFonts w:ascii="Arimo" w:hAnsi="Arimo" w:eastAsia="Arimo"/>
                <w:i/>
                <w:color w:val="71808D"/>
                <w:sz w:val="16"/>
              </w:rPr>
              <w:t>[Statistic / observation / test result]</w:t>
            </w:r>
          </w:p>
        </w:tc>
        <w:tc>
          <w:tcPr>
            <w:tcW w:type="dxa" w:w="2880"/>
            <w:tcMar>
              <w:top w:w="75" w:type="dxa"/>
              <w:start w:w="75" w:type="dxa"/>
              <w:bottom w:w="75" w:type="dxa"/>
              <w:end w:w="75" w:type="dxa"/>
            </w:tcMar>
          </w:tcPr>
          <w:p>
            <w:pPr>
              <w:spacing w:after="0"/>
            </w:pPr>
            <w:r>
              <w:rPr>
                <w:rFonts w:ascii="Arimo" w:hAnsi="Arimo" w:eastAsia="Arimo"/>
                <w:i/>
                <w:color w:val="71808D"/>
                <w:sz w:val="16"/>
              </w:rPr>
              <w:t>[Reference / interview / dataset]</w:t>
            </w:r>
          </w:p>
        </w:tc>
        <w:tc>
          <w:tcPr>
            <w:tcW w:type="dxa" w:w="3311"/>
            <w:tcMar>
              <w:top w:w="75" w:type="dxa"/>
              <w:start w:w="75" w:type="dxa"/>
              <w:bottom w:w="75" w:type="dxa"/>
              <w:end w:w="75" w:type="dxa"/>
            </w:tcMar>
          </w:tcPr>
          <w:p>
            <w:pPr>
              <w:spacing w:after="0"/>
            </w:pPr>
            <w:r>
              <w:rPr>
                <w:rFonts w:ascii="Arimo" w:hAnsi="Arimo" w:eastAsia="Arimo"/>
                <w:i/>
                <w:color w:val="71808D"/>
                <w:sz w:val="16"/>
              </w:rPr>
              <w:t>[Supports the problem]</w:t>
            </w:r>
          </w:p>
        </w:tc>
      </w:tr>
      <w:tr>
        <w:tc>
          <w:tcPr>
            <w:tcW w:type="dxa" w:w="3600"/>
            <w:tcMar>
              <w:top w:w="75" w:type="dxa"/>
              <w:start w:w="75" w:type="dxa"/>
              <w:bottom w:w="75" w:type="dxa"/>
              <w:end w:w="75" w:type="dxa"/>
            </w:tcMar>
            <w:shd w:fill="FAFBFC"/>
          </w:tcPr>
          <w:p>
            <w:pPr>
              <w:spacing w:after="0"/>
            </w:pPr>
            <w:r>
              <w:rPr>
                <w:rFonts w:ascii="Arimo" w:hAnsi="Arimo" w:eastAsia="Arimo"/>
                <w:i/>
                <w:color w:val="71808D"/>
                <w:sz w:val="16"/>
              </w:rPr>
              <w:t>[Existing system limitation]</w:t>
            </w:r>
          </w:p>
        </w:tc>
        <w:tc>
          <w:tcPr>
            <w:tcW w:type="dxa" w:w="2880"/>
            <w:tcMar>
              <w:top w:w="75" w:type="dxa"/>
              <w:start w:w="75" w:type="dxa"/>
              <w:bottom w:w="75" w:type="dxa"/>
              <w:end w:w="75" w:type="dxa"/>
            </w:tcMar>
            <w:shd w:fill="FAFBFC"/>
          </w:tcPr>
          <w:p>
            <w:pPr>
              <w:spacing w:after="0"/>
            </w:pPr>
            <w:r>
              <w:rPr>
                <w:rFonts w:ascii="Arimo" w:hAnsi="Arimo" w:eastAsia="Arimo"/>
                <w:i/>
                <w:color w:val="71808D"/>
                <w:sz w:val="16"/>
              </w:rPr>
              <w:t>[Paper / product / field observation]</w:t>
            </w:r>
          </w:p>
        </w:tc>
        <w:tc>
          <w:tcPr>
            <w:tcW w:type="dxa" w:w="3311"/>
            <w:tcMar>
              <w:top w:w="75" w:type="dxa"/>
              <w:start w:w="75" w:type="dxa"/>
              <w:bottom w:w="75" w:type="dxa"/>
              <w:end w:w="75" w:type="dxa"/>
            </w:tcMar>
            <w:shd w:fill="FAFBFC"/>
          </w:tcPr>
          <w:p>
            <w:pPr>
              <w:spacing w:after="0"/>
            </w:pPr>
            <w:r>
              <w:rPr>
                <w:rFonts w:ascii="Arimo" w:hAnsi="Arimo" w:eastAsia="Arimo"/>
                <w:i/>
                <w:color w:val="71808D"/>
                <w:sz w:val="16"/>
              </w:rPr>
              <w:t>[Shows current gap]</w:t>
            </w:r>
          </w:p>
        </w:tc>
      </w:tr>
      <w:tr>
        <w:tc>
          <w:tcPr>
            <w:tcW w:type="dxa" w:w="3600"/>
            <w:tcMar>
              <w:top w:w="75" w:type="dxa"/>
              <w:start w:w="75" w:type="dxa"/>
              <w:bottom w:w="75" w:type="dxa"/>
              <w:end w:w="75" w:type="dxa"/>
            </w:tcMar>
          </w:tcPr>
          <w:p>
            <w:pPr>
              <w:spacing w:after="0"/>
            </w:pPr>
            <w:r>
              <w:rPr>
                <w:rFonts w:ascii="Arimo" w:hAnsi="Arimo" w:eastAsia="Arimo"/>
                <w:i/>
                <w:color w:val="71808D"/>
                <w:sz w:val="16"/>
              </w:rPr>
              <w:t>[User or stakeholder need]</w:t>
            </w:r>
          </w:p>
        </w:tc>
        <w:tc>
          <w:tcPr>
            <w:tcW w:type="dxa" w:w="2880"/>
            <w:tcMar>
              <w:top w:w="75" w:type="dxa"/>
              <w:start w:w="75" w:type="dxa"/>
              <w:bottom w:w="75" w:type="dxa"/>
              <w:end w:w="75" w:type="dxa"/>
            </w:tcMar>
          </w:tcPr>
          <w:p>
            <w:pPr>
              <w:spacing w:after="0"/>
            </w:pPr>
            <w:r>
              <w:rPr>
                <w:rFonts w:ascii="Arimo" w:hAnsi="Arimo" w:eastAsia="Arimo"/>
                <w:i/>
                <w:color w:val="71808D"/>
                <w:sz w:val="16"/>
              </w:rPr>
              <w:t>[Survey / requirement / brief]</w:t>
            </w:r>
          </w:p>
        </w:tc>
        <w:tc>
          <w:tcPr>
            <w:tcW w:type="dxa" w:w="3311"/>
            <w:tcMar>
              <w:top w:w="75" w:type="dxa"/>
              <w:start w:w="75" w:type="dxa"/>
              <w:bottom w:w="75" w:type="dxa"/>
              <w:end w:w="75" w:type="dxa"/>
            </w:tcMar>
          </w:tcPr>
          <w:p>
            <w:pPr>
              <w:spacing w:after="0"/>
            </w:pPr>
            <w:r>
              <w:rPr>
                <w:rFonts w:ascii="Arimo" w:hAnsi="Arimo" w:eastAsia="Arimo"/>
                <w:i/>
                <w:color w:val="71808D"/>
                <w:sz w:val="16"/>
              </w:rPr>
              <w:t>[Shows practical relevance]</w:t>
            </w:r>
          </w:p>
        </w:tc>
      </w:tr>
    </w:tbl>
    <w:p>
      <w:pPr>
        <w:spacing w:after="40"/>
      </w:pPr>
    </w:p>
    <w:p>
      <w:pPr>
        <w:spacing w:after="60" w:line="269" w:lineRule="auto"/>
      </w:pPr>
      <w:r>
        <w:rPr>
          <w:rFonts w:ascii="Arimo" w:hAnsi="Arimo" w:eastAsia="Arimo"/>
          <w:b/>
          <w:i w:val="0"/>
          <w:color w:val="17324D"/>
          <w:sz w:val="22"/>
        </w:rPr>
        <w:t>2.4 Stakeholders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880"/>
            <w:shd w:fill="17324D"/>
            <w:tcMar>
              <w:top w:w="80" w:type="dxa"/>
              <w:start w:w="80" w:type="dxa"/>
              <w:bottom w:w="80" w:type="dxa"/>
              <w:end w:w="80" w:type="dxa"/>
            </w:tcMar>
          </w:tcPr>
          <w:p>
            <w:pPr>
              <w:spacing w:after="0"/>
              <w:jc w:val="center"/>
            </w:pPr>
            <w:r>
              <w:rPr>
                <w:rFonts w:ascii="Arimo" w:hAnsi="Arimo" w:eastAsia="Arimo"/>
                <w:b/>
                <w:color w:val="FFFFFF"/>
                <w:sz w:val="16"/>
              </w:rPr>
              <w:t>Stakeholder</w:t>
            </w:r>
          </w:p>
        </w:tc>
        <w:tc>
          <w:tcPr>
            <w:tcW w:type="dxa" w:w="3384"/>
            <w:shd w:fill="17324D"/>
            <w:tcMar>
              <w:top w:w="80" w:type="dxa"/>
              <w:start w:w="80" w:type="dxa"/>
              <w:bottom w:w="80" w:type="dxa"/>
              <w:end w:w="80" w:type="dxa"/>
            </w:tcMar>
          </w:tcPr>
          <w:p>
            <w:pPr>
              <w:spacing w:after="0"/>
              <w:jc w:val="center"/>
            </w:pPr>
            <w:r>
              <w:rPr>
                <w:rFonts w:ascii="Arimo" w:hAnsi="Arimo" w:eastAsia="Arimo"/>
                <w:b/>
                <w:color w:val="FFFFFF"/>
                <w:sz w:val="16"/>
              </w:rPr>
              <w:t>Need / Pain Point</w:t>
            </w:r>
          </w:p>
        </w:tc>
        <w:tc>
          <w:tcPr>
            <w:tcW w:type="dxa" w:w="3528"/>
            <w:shd w:fill="17324D"/>
            <w:tcMar>
              <w:top w:w="80" w:type="dxa"/>
              <w:start w:w="80" w:type="dxa"/>
              <w:bottom w:w="80" w:type="dxa"/>
              <w:end w:w="80" w:type="dxa"/>
            </w:tcMar>
          </w:tcPr>
          <w:p>
            <w:pPr>
              <w:spacing w:after="0"/>
              <w:jc w:val="center"/>
            </w:pPr>
            <w:r>
              <w:rPr>
                <w:rFonts w:ascii="Arimo" w:hAnsi="Arimo" w:eastAsia="Arimo"/>
                <w:b/>
                <w:color w:val="FFFFFF"/>
                <w:sz w:val="16"/>
              </w:rPr>
              <w:t>How Project Affects Them</w:t>
            </w:r>
          </w:p>
        </w:tc>
      </w:tr>
      <w:tr>
        <w:tc>
          <w:tcPr>
            <w:tcW w:type="dxa" w:w="2880"/>
            <w:tcMar>
              <w:top w:w="75" w:type="dxa"/>
              <w:start w:w="75" w:type="dxa"/>
              <w:bottom w:w="75" w:type="dxa"/>
              <w:end w:w="75" w:type="dxa"/>
            </w:tcMar>
          </w:tcPr>
          <w:p>
            <w:pPr>
              <w:spacing w:after="0"/>
            </w:pPr>
            <w:r>
              <w:rPr>
                <w:rFonts w:ascii="Arimo" w:hAnsi="Arimo" w:eastAsia="Arimo"/>
                <w:i/>
                <w:color w:val="71808D"/>
                <w:sz w:val="16"/>
              </w:rPr>
              <w:t>[Primary user]</w:t>
            </w:r>
          </w:p>
        </w:tc>
        <w:tc>
          <w:tcPr>
            <w:tcW w:type="dxa" w:w="3384"/>
            <w:tcMar>
              <w:top w:w="75" w:type="dxa"/>
              <w:start w:w="75" w:type="dxa"/>
              <w:bottom w:w="75" w:type="dxa"/>
              <w:end w:w="75" w:type="dxa"/>
            </w:tcMar>
          </w:tcPr>
          <w:p>
            <w:pPr>
              <w:spacing w:after="0"/>
            </w:pPr>
            <w:r>
              <w:rPr>
                <w:rFonts w:ascii="Arimo" w:hAnsi="Arimo" w:eastAsia="Arimo"/>
                <w:i/>
                <w:color w:val="71808D"/>
                <w:sz w:val="16"/>
              </w:rPr>
              <w:t>[Need]</w:t>
            </w:r>
          </w:p>
        </w:tc>
        <w:tc>
          <w:tcPr>
            <w:tcW w:type="dxa" w:w="3528"/>
            <w:tcMar>
              <w:top w:w="75" w:type="dxa"/>
              <w:start w:w="75" w:type="dxa"/>
              <w:bottom w:w="75" w:type="dxa"/>
              <w:end w:w="75" w:type="dxa"/>
            </w:tcMar>
          </w:tcPr>
          <w:p>
            <w:pPr>
              <w:spacing w:after="0"/>
            </w:pPr>
            <w:r>
              <w:rPr>
                <w:rFonts w:ascii="Arimo" w:hAnsi="Arimo" w:eastAsia="Arimo"/>
                <w:i/>
                <w:color w:val="71808D"/>
                <w:sz w:val="16"/>
              </w:rPr>
              <w:t>[Impact]</w:t>
            </w:r>
          </w:p>
        </w:tc>
      </w:tr>
      <w:tr>
        <w:tc>
          <w:tcPr>
            <w:tcW w:type="dxa" w:w="2880"/>
            <w:tcMar>
              <w:top w:w="75" w:type="dxa"/>
              <w:start w:w="75" w:type="dxa"/>
              <w:bottom w:w="75" w:type="dxa"/>
              <w:end w:w="75" w:type="dxa"/>
            </w:tcMar>
            <w:shd w:fill="FAFBFC"/>
          </w:tcPr>
          <w:p>
            <w:pPr>
              <w:spacing w:after="0"/>
            </w:pPr>
            <w:r>
              <w:rPr>
                <w:rFonts w:ascii="Arimo" w:hAnsi="Arimo" w:eastAsia="Arimo"/>
                <w:i/>
                <w:color w:val="71808D"/>
                <w:sz w:val="16"/>
              </w:rPr>
              <w:t>[Technical / operational stakeholder]</w:t>
            </w:r>
          </w:p>
        </w:tc>
        <w:tc>
          <w:tcPr>
            <w:tcW w:type="dxa" w:w="3384"/>
            <w:tcMar>
              <w:top w:w="75" w:type="dxa"/>
              <w:start w:w="75" w:type="dxa"/>
              <w:bottom w:w="75" w:type="dxa"/>
              <w:end w:w="75" w:type="dxa"/>
            </w:tcMar>
            <w:shd w:fill="FAFBFC"/>
          </w:tcPr>
          <w:p>
            <w:pPr>
              <w:spacing w:after="0"/>
            </w:pPr>
            <w:r>
              <w:rPr>
                <w:rFonts w:ascii="Arimo" w:hAnsi="Arimo" w:eastAsia="Arimo"/>
                <w:i/>
                <w:color w:val="71808D"/>
                <w:sz w:val="16"/>
              </w:rPr>
              <w:t>[Need]</w:t>
            </w:r>
          </w:p>
        </w:tc>
        <w:tc>
          <w:tcPr>
            <w:tcW w:type="dxa" w:w="3528"/>
            <w:tcMar>
              <w:top w:w="75" w:type="dxa"/>
              <w:start w:w="75" w:type="dxa"/>
              <w:bottom w:w="75" w:type="dxa"/>
              <w:end w:w="75" w:type="dxa"/>
            </w:tcMar>
            <w:shd w:fill="FAFBFC"/>
          </w:tcPr>
          <w:p>
            <w:pPr>
              <w:spacing w:after="0"/>
            </w:pPr>
            <w:r>
              <w:rPr>
                <w:rFonts w:ascii="Arimo" w:hAnsi="Arimo" w:eastAsia="Arimo"/>
                <w:i/>
                <w:color w:val="71808D"/>
                <w:sz w:val="16"/>
              </w:rPr>
              <w:t>[Impact]</w:t>
            </w:r>
          </w:p>
        </w:tc>
      </w:tr>
      <w:tr>
        <w:tc>
          <w:tcPr>
            <w:tcW w:type="dxa" w:w="2880"/>
            <w:tcMar>
              <w:top w:w="75" w:type="dxa"/>
              <w:start w:w="75" w:type="dxa"/>
              <w:bottom w:w="75" w:type="dxa"/>
              <w:end w:w="75" w:type="dxa"/>
            </w:tcMar>
          </w:tcPr>
          <w:p>
            <w:pPr>
              <w:spacing w:after="0"/>
            </w:pPr>
            <w:r>
              <w:rPr>
                <w:rFonts w:ascii="Arimo" w:hAnsi="Arimo" w:eastAsia="Arimo"/>
                <w:i/>
                <w:color w:val="71808D"/>
                <w:sz w:val="16"/>
              </w:rPr>
              <w:t>[Other stakeholder]</w:t>
            </w:r>
          </w:p>
        </w:tc>
        <w:tc>
          <w:tcPr>
            <w:tcW w:type="dxa" w:w="3384"/>
            <w:tcMar>
              <w:top w:w="75" w:type="dxa"/>
              <w:start w:w="75" w:type="dxa"/>
              <w:bottom w:w="75" w:type="dxa"/>
              <w:end w:w="75" w:type="dxa"/>
            </w:tcMar>
          </w:tcPr>
          <w:p>
            <w:pPr>
              <w:spacing w:after="0"/>
            </w:pPr>
            <w:r>
              <w:rPr>
                <w:rFonts w:ascii="Arimo" w:hAnsi="Arimo" w:eastAsia="Arimo"/>
                <w:i/>
                <w:color w:val="71808D"/>
                <w:sz w:val="16"/>
              </w:rPr>
              <w:t>[Need]</w:t>
            </w:r>
          </w:p>
        </w:tc>
        <w:tc>
          <w:tcPr>
            <w:tcW w:type="dxa" w:w="3528"/>
            <w:tcMar>
              <w:top w:w="75" w:type="dxa"/>
              <w:start w:w="75" w:type="dxa"/>
              <w:bottom w:w="75" w:type="dxa"/>
              <w:end w:w="75" w:type="dxa"/>
            </w:tcMar>
          </w:tcPr>
          <w:p>
            <w:pPr>
              <w:spacing w:after="0"/>
            </w:pPr>
            <w:r>
              <w:rPr>
                <w:rFonts w:ascii="Arimo" w:hAnsi="Arimo" w:eastAsia="Arimo"/>
                <w:i/>
                <w:color w:val="71808D"/>
                <w:sz w:val="16"/>
              </w:rPr>
              <w:t>[Impact]</w:t>
            </w:r>
          </w:p>
        </w:tc>
      </w:tr>
    </w:tbl>
    <w:p>
      <w:pPr>
        <w:spacing w:after="40"/>
      </w:pPr>
    </w:p>
    <w:p>
      <w:pPr>
        <w:pageBreakBefore/>
        <w:spacing w:after="40"/>
      </w:pPr>
      <w:r>
        <w:rPr>
          <w:rFonts w:ascii="Arimo" w:hAnsi="Arimo" w:eastAsia="Arimo"/>
          <w:b/>
          <w:color w:val="F28C28"/>
          <w:sz w:val="16"/>
        </w:rPr>
        <w:t>OBJECTIVES AND SCOPE</w:t>
      </w:r>
    </w:p>
    <w:p>
      <w:pPr>
        <w:spacing w:before="40" w:after="140"/>
        <w:keepNext/>
        <w:pBdr>
          <w:bottom w:val="single" w:sz="7" w:space="4" w:color="C9D8E5"/>
        </w:pBdr>
      </w:pPr>
      <w:r>
        <w:rPr>
          <w:rFonts w:ascii="Arimo" w:hAnsi="Arimo" w:eastAsia="Arimo"/>
          <w:b/>
          <w:color w:val="F28C28"/>
          <w:sz w:val="30"/>
        </w:rPr>
        <w:t xml:space="preserve">3  </w:t>
      </w:r>
      <w:r>
        <w:rPr>
          <w:rFonts w:ascii="Arimo" w:hAnsi="Arimo" w:eastAsia="Arimo"/>
          <w:b/>
          <w:color w:val="17324D"/>
          <w:sz w:val="30"/>
        </w:rPr>
        <w:t>Objectives, Scope &amp; Constraints</w:t>
      </w:r>
    </w:p>
    <w:p>
      <w:pPr>
        <w:spacing w:after="160"/>
      </w:pPr>
      <w:r>
        <w:rPr>
          <w:rFonts w:ascii="Arimo" w:hAnsi="Arimo" w:eastAsia="Arimo"/>
          <w:i/>
          <w:color w:val="5F6B76"/>
          <w:sz w:val="19"/>
        </w:rPr>
        <w:t>Make objectives measurable enough that they can later become test criteria.</w:t>
      </w:r>
    </w:p>
    <w:p>
      <w:pPr>
        <w:spacing w:after="60" w:line="269" w:lineRule="auto"/>
      </w:pPr>
      <w:r>
        <w:rPr>
          <w:rFonts w:ascii="Arimo" w:hAnsi="Arimo" w:eastAsia="Arimo"/>
          <w:b/>
          <w:i w:val="0"/>
          <w:color w:val="17324D"/>
          <w:sz w:val="22"/>
        </w:rPr>
        <w:t>3.1 Main Aim</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[One sentence describing the overall engineering aim.]</w:t>
            </w:r>
          </w:p>
          <w:p>
            <w:pPr>
              <w:spacing w:after="160"/>
            </w:pPr>
          </w:p>
        </w:tc>
      </w:tr>
    </w:tbl>
    <w:p>
      <w:pPr>
        <w:spacing w:after="40"/>
      </w:pPr>
    </w:p>
    <w:p>
      <w:pPr>
        <w:spacing w:after="60" w:line="269" w:lineRule="auto"/>
      </w:pPr>
      <w:r>
        <w:rPr>
          <w:rFonts w:ascii="Arimo" w:hAnsi="Arimo" w:eastAsia="Arimo"/>
          <w:b/>
          <w:i w:val="0"/>
          <w:color w:val="17324D"/>
          <w:sz w:val="22"/>
        </w:rPr>
        <w:t>3.2 Specific Objectives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720"/>
            <w:shd w:fill="17324D"/>
            <w:tcMar>
              <w:top w:w="80" w:type="dxa"/>
              <w:start w:w="80" w:type="dxa"/>
              <w:bottom w:w="80" w:type="dxa"/>
              <w:end w:w="80" w:type="dxa"/>
            </w:tcMar>
          </w:tcPr>
          <w:p>
            <w:pPr>
              <w:spacing w:after="0"/>
              <w:jc w:val="center"/>
            </w:pPr>
            <w:r>
              <w:rPr>
                <w:rFonts w:ascii="Arimo" w:hAnsi="Arimo" w:eastAsia="Arimo"/>
                <w:b/>
                <w:color w:val="FFFFFF"/>
                <w:sz w:val="17"/>
              </w:rPr>
              <w:t>#</w:t>
            </w:r>
          </w:p>
        </w:tc>
        <w:tc>
          <w:tcPr>
            <w:tcW w:type="dxa" w:w="5328"/>
            <w:shd w:fill="17324D"/>
            <w:tcMar>
              <w:top w:w="80" w:type="dxa"/>
              <w:start w:w="80" w:type="dxa"/>
              <w:bottom w:w="80" w:type="dxa"/>
              <w:end w:w="80" w:type="dxa"/>
            </w:tcMar>
          </w:tcPr>
          <w:p>
            <w:pPr>
              <w:spacing w:after="0"/>
              <w:jc w:val="center"/>
            </w:pPr>
            <w:r>
              <w:rPr>
                <w:rFonts w:ascii="Arimo" w:hAnsi="Arimo" w:eastAsia="Arimo"/>
                <w:b/>
                <w:color w:val="FFFFFF"/>
                <w:sz w:val="17"/>
              </w:rPr>
              <w:t>Objective</w:t>
            </w:r>
          </w:p>
        </w:tc>
        <w:tc>
          <w:tcPr>
            <w:tcW w:type="dxa" w:w="3744"/>
            <w:shd w:fill="17324D"/>
            <w:tcMar>
              <w:top w:w="80" w:type="dxa"/>
              <w:start w:w="80" w:type="dxa"/>
              <w:bottom w:w="80" w:type="dxa"/>
              <w:end w:w="80" w:type="dxa"/>
            </w:tcMar>
          </w:tcPr>
          <w:p>
            <w:pPr>
              <w:spacing w:after="0"/>
              <w:jc w:val="center"/>
            </w:pPr>
            <w:r>
              <w:rPr>
                <w:rFonts w:ascii="Arimo" w:hAnsi="Arimo" w:eastAsia="Arimo"/>
                <w:b/>
                <w:color w:val="FFFFFF"/>
                <w:sz w:val="17"/>
              </w:rPr>
              <w:t>Measure / Evidence</w:t>
            </w:r>
          </w:p>
        </w:tc>
      </w:tr>
      <w:tr>
        <w:tc>
          <w:tcPr>
            <w:tcW w:type="dxa" w:w="720"/>
            <w:tcMar>
              <w:top w:w="75" w:type="dxa"/>
              <w:start w:w="75" w:type="dxa"/>
              <w:bottom w:w="75" w:type="dxa"/>
              <w:end w:w="75" w:type="dxa"/>
            </w:tcMar>
          </w:tcPr>
          <w:p>
            <w:pPr>
              <w:spacing w:after="0"/>
            </w:pPr>
            <w:r>
              <w:rPr>
                <w:rFonts w:ascii="Arimo" w:hAnsi="Arimo" w:eastAsia="Arimo"/>
                <w:i w:val="0"/>
                <w:color w:val="263238"/>
                <w:sz w:val="17"/>
              </w:rPr>
              <w:t>O1</w:t>
            </w:r>
          </w:p>
        </w:tc>
        <w:tc>
          <w:tcPr>
            <w:tcW w:type="dxa" w:w="5328"/>
            <w:tcMar>
              <w:top w:w="75" w:type="dxa"/>
              <w:start w:w="75" w:type="dxa"/>
              <w:bottom w:w="75" w:type="dxa"/>
              <w:end w:w="75" w:type="dxa"/>
            </w:tcMar>
          </w:tcPr>
          <w:p>
            <w:pPr>
              <w:spacing w:after="0"/>
            </w:pPr>
            <w:r>
              <w:rPr>
                <w:rFonts w:ascii="Arimo" w:hAnsi="Arimo" w:eastAsia="Arimo"/>
                <w:i/>
                <w:color w:val="71808D"/>
                <w:sz w:val="17"/>
              </w:rPr>
              <w:t>[Design / develop / implement…]</w:t>
            </w:r>
          </w:p>
        </w:tc>
        <w:tc>
          <w:tcPr>
            <w:tcW w:type="dxa" w:w="3744"/>
            <w:tcMar>
              <w:top w:w="75" w:type="dxa"/>
              <w:start w:w="75" w:type="dxa"/>
              <w:bottom w:w="75" w:type="dxa"/>
              <w:end w:w="75" w:type="dxa"/>
            </w:tcMar>
          </w:tcPr>
          <w:p>
            <w:pPr>
              <w:spacing w:after="0"/>
            </w:pPr>
            <w:r>
              <w:rPr>
                <w:rFonts w:ascii="Arimo" w:hAnsi="Arimo" w:eastAsia="Arimo"/>
                <w:i/>
                <w:color w:val="71808D"/>
                <w:sz w:val="17"/>
              </w:rPr>
              <w:t>[How completion will be verified]</w:t>
            </w:r>
          </w:p>
        </w:tc>
      </w:tr>
      <w:tr>
        <w:tc>
          <w:tcPr>
            <w:tcW w:type="dxa" w:w="720"/>
            <w:tcMar>
              <w:top w:w="75" w:type="dxa"/>
              <w:start w:w="75" w:type="dxa"/>
              <w:bottom w:w="75" w:type="dxa"/>
              <w:end w:w="75" w:type="dxa"/>
            </w:tcMar>
            <w:shd w:fill="FAFBFC"/>
          </w:tcPr>
          <w:p>
            <w:pPr>
              <w:spacing w:after="0"/>
            </w:pPr>
            <w:r>
              <w:rPr>
                <w:rFonts w:ascii="Arimo" w:hAnsi="Arimo" w:eastAsia="Arimo"/>
                <w:i w:val="0"/>
                <w:color w:val="263238"/>
                <w:sz w:val="17"/>
              </w:rPr>
              <w:t>O2</w:t>
            </w:r>
          </w:p>
        </w:tc>
        <w:tc>
          <w:tcPr>
            <w:tcW w:type="dxa" w:w="5328"/>
            <w:tcMar>
              <w:top w:w="75" w:type="dxa"/>
              <w:start w:w="75" w:type="dxa"/>
              <w:bottom w:w="75" w:type="dxa"/>
              <w:end w:w="75" w:type="dxa"/>
            </w:tcMar>
            <w:shd w:fill="FAFBFC"/>
          </w:tcPr>
          <w:p>
            <w:pPr>
              <w:spacing w:after="0"/>
            </w:pPr>
            <w:r>
              <w:rPr>
                <w:rFonts w:ascii="Arimo" w:hAnsi="Arimo" w:eastAsia="Arimo"/>
                <w:i/>
                <w:color w:val="71808D"/>
                <w:sz w:val="17"/>
              </w:rPr>
              <w:t>[Integrate / train / simulate…]</w:t>
            </w:r>
          </w:p>
        </w:tc>
        <w:tc>
          <w:tcPr>
            <w:tcW w:type="dxa" w:w="3744"/>
            <w:tcMar>
              <w:top w:w="75" w:type="dxa"/>
              <w:start w:w="75" w:type="dxa"/>
              <w:bottom w:w="75" w:type="dxa"/>
              <w:end w:w="75" w:type="dxa"/>
            </w:tcMar>
            <w:shd w:fill="FAFBFC"/>
          </w:tcPr>
          <w:p>
            <w:pPr>
              <w:spacing w:after="0"/>
            </w:pPr>
            <w:r>
              <w:rPr>
                <w:rFonts w:ascii="Arimo" w:hAnsi="Arimo" w:eastAsia="Arimo"/>
                <w:i/>
                <w:color w:val="71808D"/>
                <w:sz w:val="17"/>
              </w:rPr>
              <w:t>[Metric / test / demonstration]</w:t>
            </w:r>
          </w:p>
        </w:tc>
      </w:tr>
      <w:tr>
        <w:tc>
          <w:tcPr>
            <w:tcW w:type="dxa" w:w="720"/>
            <w:tcMar>
              <w:top w:w="75" w:type="dxa"/>
              <w:start w:w="75" w:type="dxa"/>
              <w:bottom w:w="75" w:type="dxa"/>
              <w:end w:w="75" w:type="dxa"/>
            </w:tcMar>
          </w:tcPr>
          <w:p>
            <w:pPr>
              <w:spacing w:after="0"/>
            </w:pPr>
            <w:r>
              <w:rPr>
                <w:rFonts w:ascii="Arimo" w:hAnsi="Arimo" w:eastAsia="Arimo"/>
                <w:i w:val="0"/>
                <w:color w:val="263238"/>
                <w:sz w:val="17"/>
              </w:rPr>
              <w:t>O3</w:t>
            </w:r>
          </w:p>
        </w:tc>
        <w:tc>
          <w:tcPr>
            <w:tcW w:type="dxa" w:w="5328"/>
            <w:tcMar>
              <w:top w:w="75" w:type="dxa"/>
              <w:start w:w="75" w:type="dxa"/>
              <w:bottom w:w="75" w:type="dxa"/>
              <w:end w:w="75" w:type="dxa"/>
            </w:tcMar>
          </w:tcPr>
          <w:p>
            <w:pPr>
              <w:spacing w:after="0"/>
            </w:pPr>
            <w:r>
              <w:rPr>
                <w:rFonts w:ascii="Arimo" w:hAnsi="Arimo" w:eastAsia="Arimo"/>
                <w:i/>
                <w:color w:val="71808D"/>
                <w:sz w:val="17"/>
              </w:rPr>
              <w:t>[Evaluate / compare / validate…]</w:t>
            </w:r>
          </w:p>
        </w:tc>
        <w:tc>
          <w:tcPr>
            <w:tcW w:type="dxa" w:w="3744"/>
            <w:tcMar>
              <w:top w:w="75" w:type="dxa"/>
              <w:start w:w="75" w:type="dxa"/>
              <w:bottom w:w="75" w:type="dxa"/>
              <w:end w:w="75" w:type="dxa"/>
            </w:tcMar>
          </w:tcPr>
          <w:p>
            <w:pPr>
              <w:spacing w:after="0"/>
            </w:pPr>
            <w:r>
              <w:rPr>
                <w:rFonts w:ascii="Arimo" w:hAnsi="Arimo" w:eastAsia="Arimo"/>
                <w:i/>
                <w:color w:val="71808D"/>
                <w:sz w:val="17"/>
              </w:rPr>
              <w:t>[Metric / benchmark / acceptance threshold]</w:t>
            </w:r>
          </w:p>
        </w:tc>
      </w:tr>
      <w:tr>
        <w:tc>
          <w:tcPr>
            <w:tcW w:type="dxa" w:w="720"/>
            <w:tcMar>
              <w:top w:w="75" w:type="dxa"/>
              <w:start w:w="75" w:type="dxa"/>
              <w:bottom w:w="75" w:type="dxa"/>
              <w:end w:w="75" w:type="dxa"/>
            </w:tcMar>
            <w:shd w:fill="FAFBFC"/>
          </w:tcPr>
          <w:p>
            <w:pPr>
              <w:spacing w:after="0"/>
            </w:pPr>
            <w:r>
              <w:rPr>
                <w:rFonts w:ascii="Arimo" w:hAnsi="Arimo" w:eastAsia="Arimo"/>
                <w:i w:val="0"/>
                <w:color w:val="263238"/>
                <w:sz w:val="17"/>
              </w:rPr>
              <w:t>O4</w:t>
            </w:r>
          </w:p>
        </w:tc>
        <w:tc>
          <w:tcPr>
            <w:tcW w:type="dxa" w:w="5328"/>
            <w:tcMar>
              <w:top w:w="75" w:type="dxa"/>
              <w:start w:w="75" w:type="dxa"/>
              <w:bottom w:w="75" w:type="dxa"/>
              <w:end w:w="75" w:type="dxa"/>
            </w:tcMar>
            <w:shd w:fill="FAFBFC"/>
          </w:tcPr>
          <w:p>
            <w:pPr>
              <w:spacing w:after="0"/>
            </w:pPr>
            <w:r>
              <w:rPr>
                <w:rFonts w:ascii="Arimo" w:hAnsi="Arimo" w:eastAsia="Arimo"/>
                <w:i/>
                <w:color w:val="71808D"/>
                <w:sz w:val="17"/>
              </w:rPr>
              <w:t>[Optional objective]</w:t>
            </w:r>
          </w:p>
        </w:tc>
        <w:tc>
          <w:tcPr>
            <w:tcW w:type="dxa" w:w="3744"/>
            <w:tcMar>
              <w:top w:w="75" w:type="dxa"/>
              <w:start w:w="75" w:type="dxa"/>
              <w:bottom w:w="75" w:type="dxa"/>
              <w:end w:w="75" w:type="dxa"/>
            </w:tcMar>
            <w:shd w:fill="FAFBFC"/>
          </w:tcPr>
          <w:p>
            <w:pPr>
              <w:spacing w:after="0"/>
            </w:pPr>
            <w:r>
              <w:rPr>
                <w:rFonts w:ascii="Arimo" w:hAnsi="Arimo" w:eastAsia="Arimo"/>
                <w:i/>
                <w:color w:val="71808D"/>
                <w:sz w:val="17"/>
              </w:rPr>
              <w:t>[Evidence]</w:t>
            </w:r>
          </w:p>
        </w:tc>
      </w:tr>
    </w:tbl>
    <w:p>
      <w:pPr>
        <w:spacing w:after="40"/>
      </w:pPr>
    </w:p>
    <w:p>
      <w:pPr>
        <w:spacing w:after="60" w:line="269" w:lineRule="auto"/>
      </w:pPr>
      <w:r>
        <w:rPr>
          <w:rFonts w:ascii="Arimo" w:hAnsi="Arimo" w:eastAsia="Arimo"/>
          <w:b/>
          <w:i w:val="0"/>
          <w:color w:val="17324D"/>
          <w:sz w:val="22"/>
        </w:rPr>
        <w:t>3.3 In Scope / Out of Scope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4896"/>
            <w:shd w:fill="17324D"/>
            <w:tcMar>
              <w:top w:w="80" w:type="dxa"/>
              <w:start w:w="80" w:type="dxa"/>
              <w:bottom w:w="80" w:type="dxa"/>
              <w:end w:w="80" w:type="dxa"/>
            </w:tcMar>
          </w:tcPr>
          <w:p>
            <w:pPr>
              <w:spacing w:after="0"/>
              <w:jc w:val="center"/>
            </w:pPr>
            <w:r>
              <w:rPr>
                <w:rFonts w:ascii="Arimo" w:hAnsi="Arimo" w:eastAsia="Arimo"/>
                <w:b/>
                <w:color w:val="FFFFFF"/>
                <w:sz w:val="17"/>
              </w:rPr>
              <w:t>In Scope</w:t>
            </w:r>
          </w:p>
        </w:tc>
        <w:tc>
          <w:tcPr>
            <w:tcW w:type="dxa" w:w="4896"/>
            <w:shd w:fill="17324D"/>
            <w:tcMar>
              <w:top w:w="80" w:type="dxa"/>
              <w:start w:w="80" w:type="dxa"/>
              <w:bottom w:w="80" w:type="dxa"/>
              <w:end w:w="80" w:type="dxa"/>
            </w:tcMar>
          </w:tcPr>
          <w:p>
            <w:pPr>
              <w:spacing w:after="0"/>
              <w:jc w:val="center"/>
            </w:pPr>
            <w:r>
              <w:rPr>
                <w:rFonts w:ascii="Arimo" w:hAnsi="Arimo" w:eastAsia="Arimo"/>
                <w:b/>
                <w:color w:val="FFFFFF"/>
                <w:sz w:val="17"/>
              </w:rPr>
              <w:t>Out of Scope</w:t>
            </w:r>
          </w:p>
        </w:tc>
      </w:tr>
      <w:tr>
        <w:tc>
          <w:tcPr>
            <w:tcW w:type="dxa" w:w="4896"/>
            <w:tcMar>
              <w:top w:w="75" w:type="dxa"/>
              <w:start w:w="75" w:type="dxa"/>
              <w:bottom w:w="75" w:type="dxa"/>
              <w:end w:w="75" w:type="dxa"/>
            </w:tcMar>
          </w:tcPr>
          <w:p>
            <w:pPr>
              <w:spacing w:after="0"/>
            </w:pPr>
            <w:r>
              <w:rPr>
                <w:rFonts w:ascii="Arimo" w:hAnsi="Arimo" w:eastAsia="Arimo"/>
                <w:i/>
                <w:color w:val="71808D"/>
                <w:sz w:val="17"/>
              </w:rPr>
              <w:t>[Features, user group, data, system boundary]</w:t>
            </w:r>
          </w:p>
        </w:tc>
        <w:tc>
          <w:tcPr>
            <w:tcW w:type="dxa" w:w="4896"/>
            <w:tcMar>
              <w:top w:w="75" w:type="dxa"/>
              <w:start w:w="75" w:type="dxa"/>
              <w:bottom w:w="75" w:type="dxa"/>
              <w:end w:w="75" w:type="dxa"/>
            </w:tcMar>
          </w:tcPr>
          <w:p>
            <w:pPr>
              <w:spacing w:after="0"/>
            </w:pPr>
            <w:r>
              <w:rPr>
                <w:rFonts w:ascii="Arimo" w:hAnsi="Arimo" w:eastAsia="Arimo"/>
                <w:i/>
                <w:color w:val="71808D"/>
                <w:sz w:val="17"/>
              </w:rPr>
              <w:t>[What will deliberately not be built]</w:t>
            </w:r>
          </w:p>
        </w:tc>
      </w:tr>
      <w:tr>
        <w:tc>
          <w:tcPr>
            <w:tcW w:type="dxa" w:w="4896"/>
            <w:tcMar>
              <w:top w:w="75" w:type="dxa"/>
              <w:start w:w="75" w:type="dxa"/>
              <w:bottom w:w="75" w:type="dxa"/>
              <w:end w:w="75" w:type="dxa"/>
            </w:tcMar>
            <w:shd w:fill="FAFBFC"/>
          </w:tcPr>
          <w:p>
            <w:pPr>
              <w:spacing w:after="0"/>
            </w:pPr>
            <w:r>
              <w:rPr>
                <w:rFonts w:ascii="Arimo" w:hAnsi="Arimo" w:eastAsia="Arimo"/>
                <w:i/>
                <w:color w:val="71808D"/>
                <w:sz w:val="17"/>
              </w:rPr>
              <w:t>[Prototype / simulation / selected subsystem]</w:t>
            </w:r>
          </w:p>
        </w:tc>
        <w:tc>
          <w:tcPr>
            <w:tcW w:type="dxa" w:w="4896"/>
            <w:tcMar>
              <w:top w:w="75" w:type="dxa"/>
              <w:start w:w="75" w:type="dxa"/>
              <w:bottom w:w="75" w:type="dxa"/>
              <w:end w:w="75" w:type="dxa"/>
            </w:tcMar>
            <w:shd w:fill="FAFBFC"/>
          </w:tcPr>
          <w:p>
            <w:pPr>
              <w:spacing w:after="0"/>
            </w:pPr>
            <w:r>
              <w:rPr>
                <w:rFonts w:ascii="Arimo" w:hAnsi="Arimo" w:eastAsia="Arimo"/>
                <w:i/>
                <w:color w:val="71808D"/>
                <w:sz w:val="17"/>
              </w:rPr>
              <w:t>[Production deployment / certification / unrelated features]</w:t>
            </w:r>
          </w:p>
        </w:tc>
      </w:tr>
      <w:tr>
        <w:tc>
          <w:tcPr>
            <w:tcW w:type="dxa" w:w="4896"/>
            <w:tcMar>
              <w:top w:w="75" w:type="dxa"/>
              <w:start w:w="75" w:type="dxa"/>
              <w:bottom w:w="75" w:type="dxa"/>
              <w:end w:w="75" w:type="dxa"/>
            </w:tcMar>
          </w:tcPr>
          <w:p>
            <w:pPr>
              <w:spacing w:after="0"/>
            </w:pPr>
            <w:r>
              <w:rPr>
                <w:rFonts w:ascii="Arimo" w:hAnsi="Arimo" w:eastAsia="Arimo"/>
                <w:i/>
                <w:color w:val="71808D"/>
                <w:sz w:val="17"/>
              </w:rPr>
              <w:t>[Target environment]</w:t>
            </w:r>
          </w:p>
        </w:tc>
        <w:tc>
          <w:tcPr>
            <w:tcW w:type="dxa" w:w="4896"/>
            <w:tcMar>
              <w:top w:w="75" w:type="dxa"/>
              <w:start w:w="75" w:type="dxa"/>
              <w:bottom w:w="75" w:type="dxa"/>
              <w:end w:w="75" w:type="dxa"/>
            </w:tcMar>
          </w:tcPr>
          <w:p>
            <w:pPr>
              <w:spacing w:after="0"/>
            </w:pPr>
            <w:r>
              <w:rPr>
                <w:rFonts w:ascii="Arimo" w:hAnsi="Arimo" w:eastAsia="Arimo"/>
                <w:i/>
                <w:color w:val="71808D"/>
                <w:sz w:val="17"/>
              </w:rPr>
              <w:t>[Other environments]</w:t>
            </w:r>
          </w:p>
        </w:tc>
      </w:tr>
    </w:tbl>
    <w:p>
      <w:pPr>
        <w:spacing w:after="40"/>
      </w:pPr>
    </w:p>
    <w:p>
      <w:pPr>
        <w:spacing w:after="60" w:line="269" w:lineRule="auto"/>
      </w:pPr>
      <w:r>
        <w:rPr>
          <w:rFonts w:ascii="Arimo" w:hAnsi="Arimo" w:eastAsia="Arimo"/>
          <w:b/>
          <w:i w:val="0"/>
          <w:color w:val="17324D"/>
          <w:sz w:val="22"/>
        </w:rPr>
        <w:t>3.4 Constraints &amp; Assumptions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584"/>
            <w:shd w:fill="17324D"/>
            <w:tcMar>
              <w:top w:w="80" w:type="dxa"/>
              <w:start w:w="80" w:type="dxa"/>
              <w:bottom w:w="80" w:type="dxa"/>
              <w:end w:w="80" w:type="dxa"/>
            </w:tcMar>
          </w:tcPr>
          <w:p>
            <w:pPr>
              <w:spacing w:after="0"/>
              <w:jc w:val="center"/>
            </w:pPr>
            <w:r>
              <w:rPr>
                <w:rFonts w:ascii="Arimo" w:hAnsi="Arimo" w:eastAsia="Arimo"/>
                <w:b/>
                <w:color w:val="FFFFFF"/>
                <w:sz w:val="16"/>
              </w:rPr>
              <w:t>Type</w:t>
            </w:r>
          </w:p>
        </w:tc>
        <w:tc>
          <w:tcPr>
            <w:tcW w:type="dxa" w:w="4464"/>
            <w:shd w:fill="17324D"/>
            <w:tcMar>
              <w:top w:w="80" w:type="dxa"/>
              <w:start w:w="80" w:type="dxa"/>
              <w:bottom w:w="80" w:type="dxa"/>
              <w:end w:w="80" w:type="dxa"/>
            </w:tcMar>
          </w:tcPr>
          <w:p>
            <w:pPr>
              <w:spacing w:after="0"/>
              <w:jc w:val="center"/>
            </w:pPr>
            <w:r>
              <w:rPr>
                <w:rFonts w:ascii="Arimo" w:hAnsi="Arimo" w:eastAsia="Arimo"/>
                <w:b/>
                <w:color w:val="FFFFFF"/>
                <w:sz w:val="16"/>
              </w:rPr>
              <w:t>Constraint / Assumption</w:t>
            </w:r>
          </w:p>
        </w:tc>
        <w:tc>
          <w:tcPr>
            <w:tcW w:type="dxa" w:w="3744"/>
            <w:shd w:fill="17324D"/>
            <w:tcMar>
              <w:top w:w="80" w:type="dxa"/>
              <w:start w:w="80" w:type="dxa"/>
              <w:bottom w:w="80" w:type="dxa"/>
              <w:end w:w="80" w:type="dxa"/>
            </w:tcMar>
          </w:tcPr>
          <w:p>
            <w:pPr>
              <w:spacing w:after="0"/>
              <w:jc w:val="center"/>
            </w:pPr>
            <w:r>
              <w:rPr>
                <w:rFonts w:ascii="Arimo" w:hAnsi="Arimo" w:eastAsia="Arimo"/>
                <w:b/>
                <w:color w:val="FFFFFF"/>
                <w:sz w:val="16"/>
              </w:rPr>
              <w:t>Impact / Mitigation</w:t>
            </w:r>
          </w:p>
        </w:tc>
      </w:tr>
      <w:tr>
        <w:tc>
          <w:tcPr>
            <w:tcW w:type="dxa" w:w="1584"/>
            <w:tcMar>
              <w:top w:w="75" w:type="dxa"/>
              <w:start w:w="75" w:type="dxa"/>
              <w:bottom w:w="75" w:type="dxa"/>
              <w:end w:w="75" w:type="dxa"/>
            </w:tcMar>
          </w:tcPr>
          <w:p>
            <w:pPr>
              <w:spacing w:after="0"/>
            </w:pPr>
            <w:r>
              <w:rPr>
                <w:rFonts w:ascii="Arimo" w:hAnsi="Arimo" w:eastAsia="Arimo"/>
                <w:i w:val="0"/>
                <w:color w:val="263238"/>
                <w:sz w:val="16"/>
              </w:rPr>
              <w:t>Time</w:t>
            </w:r>
          </w:p>
        </w:tc>
        <w:tc>
          <w:tcPr>
            <w:tcW w:type="dxa" w:w="4464"/>
            <w:tcMar>
              <w:top w:w="75" w:type="dxa"/>
              <w:start w:w="75" w:type="dxa"/>
              <w:bottom w:w="75" w:type="dxa"/>
              <w:end w:w="75" w:type="dxa"/>
            </w:tcMar>
          </w:tcPr>
          <w:p>
            <w:pPr>
              <w:spacing w:after="0"/>
            </w:pPr>
            <w:r>
              <w:rPr>
                <w:rFonts w:ascii="Arimo" w:hAnsi="Arimo" w:eastAsia="Arimo"/>
                <w:i/>
                <w:color w:val="71808D"/>
                <w:sz w:val="16"/>
              </w:rPr>
              <w:t>[Semester deadline]</w:t>
            </w:r>
          </w:p>
        </w:tc>
        <w:tc>
          <w:tcPr>
            <w:tcW w:type="dxa" w:w="3744"/>
            <w:tcMar>
              <w:top w:w="75" w:type="dxa"/>
              <w:start w:w="75" w:type="dxa"/>
              <w:bottom w:w="75" w:type="dxa"/>
              <w:end w:w="75" w:type="dxa"/>
            </w:tcMar>
          </w:tcPr>
          <w:p>
            <w:pPr>
              <w:spacing w:after="0"/>
            </w:pPr>
            <w:r>
              <w:rPr>
                <w:rFonts w:ascii="Arimo" w:hAnsi="Arimo" w:eastAsia="Arimo"/>
                <w:i/>
                <w:color w:val="71808D"/>
                <w:sz w:val="16"/>
              </w:rPr>
              <w:t>[Prioritize MVP first]</w:t>
            </w:r>
          </w:p>
        </w:tc>
      </w:tr>
      <w:tr>
        <w:tc>
          <w:tcPr>
            <w:tcW w:type="dxa" w:w="1584"/>
            <w:tcMar>
              <w:top w:w="75" w:type="dxa"/>
              <w:start w:w="75" w:type="dxa"/>
              <w:bottom w:w="75" w:type="dxa"/>
              <w:end w:w="75" w:type="dxa"/>
            </w:tcMar>
            <w:shd w:fill="FAFBFC"/>
          </w:tcPr>
          <w:p>
            <w:pPr>
              <w:spacing w:after="0"/>
            </w:pPr>
            <w:r>
              <w:rPr>
                <w:rFonts w:ascii="Arimo" w:hAnsi="Arimo" w:eastAsia="Arimo"/>
                <w:i w:val="0"/>
                <w:color w:val="263238"/>
                <w:sz w:val="16"/>
              </w:rPr>
              <w:t>Budget</w:t>
            </w:r>
          </w:p>
        </w:tc>
        <w:tc>
          <w:tcPr>
            <w:tcW w:type="dxa" w:w="4464"/>
            <w:tcMar>
              <w:top w:w="75" w:type="dxa"/>
              <w:start w:w="75" w:type="dxa"/>
              <w:bottom w:w="75" w:type="dxa"/>
              <w:end w:w="75" w:type="dxa"/>
            </w:tcMar>
            <w:shd w:fill="FAFBFC"/>
          </w:tcPr>
          <w:p>
            <w:pPr>
              <w:spacing w:after="0"/>
            </w:pPr>
            <w:r>
              <w:rPr>
                <w:rFonts w:ascii="Arimo" w:hAnsi="Arimo" w:eastAsia="Arimo"/>
                <w:i/>
                <w:color w:val="71808D"/>
                <w:sz w:val="16"/>
              </w:rPr>
              <w:t>[Maximum spend]</w:t>
            </w:r>
          </w:p>
        </w:tc>
        <w:tc>
          <w:tcPr>
            <w:tcW w:type="dxa" w:w="3744"/>
            <w:tcMar>
              <w:top w:w="75" w:type="dxa"/>
              <w:start w:w="75" w:type="dxa"/>
              <w:bottom w:w="75" w:type="dxa"/>
              <w:end w:w="75" w:type="dxa"/>
            </w:tcMar>
            <w:shd w:fill="FAFBFC"/>
          </w:tcPr>
          <w:p>
            <w:pPr>
              <w:spacing w:after="0"/>
            </w:pPr>
            <w:r>
              <w:rPr>
                <w:rFonts w:ascii="Arimo" w:hAnsi="Arimo" w:eastAsia="Arimo"/>
                <w:i/>
                <w:color w:val="71808D"/>
                <w:sz w:val="16"/>
              </w:rPr>
              <w:t>[Select lower-cost component / simulation]</w:t>
            </w:r>
          </w:p>
        </w:tc>
      </w:tr>
      <w:tr>
        <w:tc>
          <w:tcPr>
            <w:tcW w:type="dxa" w:w="1584"/>
            <w:tcMar>
              <w:top w:w="75" w:type="dxa"/>
              <w:start w:w="75" w:type="dxa"/>
              <w:bottom w:w="75" w:type="dxa"/>
              <w:end w:w="75" w:type="dxa"/>
            </w:tcMar>
          </w:tcPr>
          <w:p>
            <w:pPr>
              <w:spacing w:after="0"/>
            </w:pPr>
            <w:r>
              <w:rPr>
                <w:rFonts w:ascii="Arimo" w:hAnsi="Arimo" w:eastAsia="Arimo"/>
                <w:i w:val="0"/>
                <w:color w:val="263238"/>
                <w:sz w:val="16"/>
              </w:rPr>
              <w:t>Data</w:t>
            </w:r>
          </w:p>
        </w:tc>
        <w:tc>
          <w:tcPr>
            <w:tcW w:type="dxa" w:w="4464"/>
            <w:tcMar>
              <w:top w:w="75" w:type="dxa"/>
              <w:start w:w="75" w:type="dxa"/>
              <w:bottom w:w="75" w:type="dxa"/>
              <w:end w:w="75" w:type="dxa"/>
            </w:tcMar>
          </w:tcPr>
          <w:p>
            <w:pPr>
              <w:spacing w:after="0"/>
            </w:pPr>
            <w:r>
              <w:rPr>
                <w:rFonts w:ascii="Arimo" w:hAnsi="Arimo" w:eastAsia="Arimo"/>
                <w:i/>
                <w:color w:val="71808D"/>
                <w:sz w:val="16"/>
              </w:rPr>
              <w:t>[Availability / quality / licence]</w:t>
            </w:r>
          </w:p>
        </w:tc>
        <w:tc>
          <w:tcPr>
            <w:tcW w:type="dxa" w:w="3744"/>
            <w:tcMar>
              <w:top w:w="75" w:type="dxa"/>
              <w:start w:w="75" w:type="dxa"/>
              <w:bottom w:w="75" w:type="dxa"/>
              <w:end w:w="75" w:type="dxa"/>
            </w:tcMar>
          </w:tcPr>
          <w:p>
            <w:pPr>
              <w:spacing w:after="0"/>
            </w:pPr>
            <w:r>
              <w:rPr>
                <w:rFonts w:ascii="Arimo" w:hAnsi="Arimo" w:eastAsia="Arimo"/>
                <w:i/>
                <w:color w:val="71808D"/>
                <w:sz w:val="16"/>
              </w:rPr>
              <w:t>[Alternative source / augmentation]</w:t>
            </w:r>
          </w:p>
        </w:tc>
      </w:tr>
      <w:tr>
        <w:tc>
          <w:tcPr>
            <w:tcW w:type="dxa" w:w="1584"/>
            <w:tcMar>
              <w:top w:w="75" w:type="dxa"/>
              <w:start w:w="75" w:type="dxa"/>
              <w:bottom w:w="75" w:type="dxa"/>
              <w:end w:w="75" w:type="dxa"/>
            </w:tcMar>
            <w:shd w:fill="FAFBFC"/>
          </w:tcPr>
          <w:p>
            <w:pPr>
              <w:spacing w:after="0"/>
            </w:pPr>
            <w:r>
              <w:rPr>
                <w:rFonts w:ascii="Arimo" w:hAnsi="Arimo" w:eastAsia="Arimo"/>
                <w:i w:val="0"/>
                <w:color w:val="263238"/>
                <w:sz w:val="16"/>
              </w:rPr>
              <w:t>Hardware</w:t>
            </w:r>
          </w:p>
        </w:tc>
        <w:tc>
          <w:tcPr>
            <w:tcW w:type="dxa" w:w="4464"/>
            <w:tcMar>
              <w:top w:w="75" w:type="dxa"/>
              <w:start w:w="75" w:type="dxa"/>
              <w:bottom w:w="75" w:type="dxa"/>
              <w:end w:w="75" w:type="dxa"/>
            </w:tcMar>
            <w:shd w:fill="FAFBFC"/>
          </w:tcPr>
          <w:p>
            <w:pPr>
              <w:spacing w:after="0"/>
            </w:pPr>
            <w:r>
              <w:rPr>
                <w:rFonts w:ascii="Arimo" w:hAnsi="Arimo" w:eastAsia="Arimo"/>
                <w:i/>
                <w:color w:val="71808D"/>
                <w:sz w:val="16"/>
              </w:rPr>
              <w:t>[Availability / lead time]</w:t>
            </w:r>
          </w:p>
        </w:tc>
        <w:tc>
          <w:tcPr>
            <w:tcW w:type="dxa" w:w="3744"/>
            <w:tcMar>
              <w:top w:w="75" w:type="dxa"/>
              <w:start w:w="75" w:type="dxa"/>
              <w:bottom w:w="75" w:type="dxa"/>
              <w:end w:w="75" w:type="dxa"/>
            </w:tcMar>
            <w:shd w:fill="FAFBFC"/>
          </w:tcPr>
          <w:p>
            <w:pPr>
              <w:spacing w:after="0"/>
            </w:pPr>
            <w:r>
              <w:rPr>
                <w:rFonts w:ascii="Arimo" w:hAnsi="Arimo" w:eastAsia="Arimo"/>
                <w:i/>
                <w:color w:val="71808D"/>
                <w:sz w:val="16"/>
              </w:rPr>
              <w:t>[Substitute / simulation plan]</w:t>
            </w:r>
          </w:p>
        </w:tc>
      </w:tr>
      <w:tr>
        <w:tc>
          <w:tcPr>
            <w:tcW w:type="dxa" w:w="1584"/>
            <w:tcMar>
              <w:top w:w="75" w:type="dxa"/>
              <w:start w:w="75" w:type="dxa"/>
              <w:bottom w:w="75" w:type="dxa"/>
              <w:end w:w="75" w:type="dxa"/>
            </w:tcMar>
          </w:tcPr>
          <w:p>
            <w:pPr>
              <w:spacing w:after="0"/>
            </w:pPr>
            <w:r>
              <w:rPr>
                <w:rFonts w:ascii="Arimo" w:hAnsi="Arimo" w:eastAsia="Arimo"/>
                <w:i w:val="0"/>
                <w:color w:val="263238"/>
                <w:sz w:val="16"/>
              </w:rPr>
              <w:t>Technical</w:t>
            </w:r>
          </w:p>
        </w:tc>
        <w:tc>
          <w:tcPr>
            <w:tcW w:type="dxa" w:w="4464"/>
            <w:tcMar>
              <w:top w:w="75" w:type="dxa"/>
              <w:start w:w="75" w:type="dxa"/>
              <w:bottom w:w="75" w:type="dxa"/>
              <w:end w:w="75" w:type="dxa"/>
            </w:tcMar>
          </w:tcPr>
          <w:p>
            <w:pPr>
              <w:spacing w:after="0"/>
            </w:pPr>
            <w:r>
              <w:rPr>
                <w:rFonts w:ascii="Arimo" w:hAnsi="Arimo" w:eastAsia="Arimo"/>
                <w:i/>
                <w:color w:val="71808D"/>
                <w:sz w:val="16"/>
              </w:rPr>
              <w:t>[Compute / connectivity / accuracy]</w:t>
            </w:r>
          </w:p>
        </w:tc>
        <w:tc>
          <w:tcPr>
            <w:tcW w:type="dxa" w:w="3744"/>
            <w:tcMar>
              <w:top w:w="75" w:type="dxa"/>
              <w:start w:w="75" w:type="dxa"/>
              <w:bottom w:w="75" w:type="dxa"/>
              <w:end w:w="75" w:type="dxa"/>
            </w:tcMar>
          </w:tcPr>
          <w:p>
            <w:pPr>
              <w:spacing w:after="0"/>
            </w:pPr>
            <w:r>
              <w:rPr>
                <w:rFonts w:ascii="Arimo" w:hAnsi="Arimo" w:eastAsia="Arimo"/>
                <w:i/>
                <w:color w:val="71808D"/>
                <w:sz w:val="16"/>
              </w:rPr>
              <w:t>[Optimization / fallback]</w:t>
            </w:r>
          </w:p>
        </w:tc>
      </w:tr>
    </w:tbl>
    <w:p>
      <w:pPr>
        <w:spacing w:after="40"/>
      </w:pPr>
    </w:p>
    <w:p>
      <w:pPr>
        <w:pageBreakBefore/>
        <w:spacing w:after="40"/>
      </w:pPr>
      <w:r>
        <w:rPr>
          <w:rFonts w:ascii="Arimo" w:hAnsi="Arimo" w:eastAsia="Arimo"/>
          <w:b/>
          <w:color w:val="F28C28"/>
          <w:sz w:val="16"/>
        </w:rPr>
        <w:t>PRIOR WORK</w:t>
      </w:r>
    </w:p>
    <w:p>
      <w:pPr>
        <w:spacing w:before="40" w:after="140"/>
        <w:keepNext/>
        <w:pBdr>
          <w:bottom w:val="single" w:sz="7" w:space="4" w:color="C9D8E5"/>
        </w:pBdr>
      </w:pPr>
      <w:r>
        <w:rPr>
          <w:rFonts w:ascii="Arimo" w:hAnsi="Arimo" w:eastAsia="Arimo"/>
          <w:b/>
          <w:color w:val="F28C28"/>
          <w:sz w:val="30"/>
        </w:rPr>
        <w:t xml:space="preserve">4  </w:t>
      </w:r>
      <w:r>
        <w:rPr>
          <w:rFonts w:ascii="Arimo" w:hAnsi="Arimo" w:eastAsia="Arimo"/>
          <w:b/>
          <w:color w:val="17324D"/>
          <w:sz w:val="30"/>
        </w:rPr>
        <w:t>Prior Work, Benchmark &amp; Opportunity</w:t>
      </w:r>
    </w:p>
    <w:p>
      <w:pPr>
        <w:spacing w:after="160"/>
      </w:pPr>
      <w:r>
        <w:rPr>
          <w:rFonts w:ascii="Arimo" w:hAnsi="Arimo" w:eastAsia="Arimo"/>
          <w:i/>
          <w:color w:val="5F6B76"/>
          <w:sz w:val="19"/>
        </w:rPr>
        <w:t>For research-heavy projects, expand this into a formal literature review. For design projects, focus on comparable solutions and requirements.</w:t>
      </w:r>
    </w:p>
    <w:p>
      <w:pPr>
        <w:spacing w:after="60" w:line="269" w:lineRule="auto"/>
      </w:pPr>
      <w:r>
        <w:rPr>
          <w:rFonts w:ascii="Arimo" w:hAnsi="Arimo" w:eastAsia="Arimo"/>
          <w:b/>
          <w:i w:val="0"/>
          <w:color w:val="17324D"/>
          <w:sz w:val="22"/>
        </w:rPr>
        <w:t>4.1 Existing Approaches / Solutions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384"/>
            <w:shd w:fill="17324D"/>
            <w:tcMar>
              <w:top w:w="80" w:type="dxa"/>
              <w:start w:w="80" w:type="dxa"/>
              <w:bottom w:w="80" w:type="dxa"/>
              <w:end w:w="80" w:type="dxa"/>
            </w:tcMar>
          </w:tcPr>
          <w:p>
            <w:pPr>
              <w:spacing w:after="0"/>
              <w:jc w:val="center"/>
            </w:pPr>
            <w:r>
              <w:rPr>
                <w:rFonts w:ascii="Arimo" w:hAnsi="Arimo" w:eastAsia="Arimo"/>
                <w:b/>
                <w:color w:val="FFFFFF"/>
                <w:sz w:val="16"/>
              </w:rPr>
              <w:t>Approach / System</w:t>
            </w:r>
          </w:p>
        </w:tc>
        <w:tc>
          <w:tcPr>
            <w:tcW w:type="dxa" w:w="2880"/>
            <w:shd w:fill="17324D"/>
            <w:tcMar>
              <w:top w:w="80" w:type="dxa"/>
              <w:start w:w="80" w:type="dxa"/>
              <w:bottom w:w="80" w:type="dxa"/>
              <w:end w:w="80" w:type="dxa"/>
            </w:tcMar>
          </w:tcPr>
          <w:p>
            <w:pPr>
              <w:spacing w:after="0"/>
              <w:jc w:val="center"/>
            </w:pPr>
            <w:r>
              <w:rPr>
                <w:rFonts w:ascii="Arimo" w:hAnsi="Arimo" w:eastAsia="Arimo"/>
                <w:b/>
                <w:color w:val="FFFFFF"/>
                <w:sz w:val="16"/>
              </w:rPr>
              <w:t>Strength</w:t>
            </w:r>
          </w:p>
        </w:tc>
        <w:tc>
          <w:tcPr>
            <w:tcW w:type="dxa" w:w="3528"/>
            <w:shd w:fill="17324D"/>
            <w:tcMar>
              <w:top w:w="80" w:type="dxa"/>
              <w:start w:w="80" w:type="dxa"/>
              <w:bottom w:w="80" w:type="dxa"/>
              <w:end w:w="80" w:type="dxa"/>
            </w:tcMar>
          </w:tcPr>
          <w:p>
            <w:pPr>
              <w:spacing w:after="0"/>
              <w:jc w:val="center"/>
            </w:pPr>
            <w:r>
              <w:rPr>
                <w:rFonts w:ascii="Arimo" w:hAnsi="Arimo" w:eastAsia="Arimo"/>
                <w:b/>
                <w:color w:val="FFFFFF"/>
                <w:sz w:val="16"/>
              </w:rPr>
              <w:t>Limitation Relevant to This Project</w:t>
            </w:r>
          </w:p>
        </w:tc>
      </w:tr>
      <w:tr>
        <w:tc>
          <w:tcPr>
            <w:tcW w:type="dxa" w:w="3384"/>
            <w:tcMar>
              <w:top w:w="75" w:type="dxa"/>
              <w:start w:w="75" w:type="dxa"/>
              <w:bottom w:w="75" w:type="dxa"/>
              <w:end w:w="75" w:type="dxa"/>
            </w:tcMar>
          </w:tcPr>
          <w:p>
            <w:pPr>
              <w:spacing w:after="0"/>
            </w:pPr>
            <w:r>
              <w:rPr>
                <w:rFonts w:ascii="Arimo" w:hAnsi="Arimo" w:eastAsia="Arimo"/>
                <w:i/>
                <w:color w:val="71808D"/>
                <w:sz w:val="16"/>
              </w:rPr>
              <w:t>[Paper / product / method 1]</w:t>
            </w:r>
          </w:p>
        </w:tc>
        <w:tc>
          <w:tcPr>
            <w:tcW w:type="dxa" w:w="2880"/>
            <w:tcMar>
              <w:top w:w="75" w:type="dxa"/>
              <w:start w:w="75" w:type="dxa"/>
              <w:bottom w:w="75" w:type="dxa"/>
              <w:end w:w="75" w:type="dxa"/>
            </w:tcMar>
          </w:tcPr>
          <w:p>
            <w:pPr>
              <w:spacing w:after="0"/>
            </w:pPr>
            <w:r>
              <w:rPr>
                <w:rFonts w:ascii="Arimo" w:hAnsi="Arimo" w:eastAsia="Arimo"/>
                <w:i/>
                <w:color w:val="71808D"/>
                <w:sz w:val="16"/>
              </w:rPr>
              <w:t>[What it does well]</w:t>
            </w:r>
          </w:p>
        </w:tc>
        <w:tc>
          <w:tcPr>
            <w:tcW w:type="dxa" w:w="3528"/>
            <w:tcMar>
              <w:top w:w="75" w:type="dxa"/>
              <w:start w:w="75" w:type="dxa"/>
              <w:bottom w:w="75" w:type="dxa"/>
              <w:end w:w="75" w:type="dxa"/>
            </w:tcMar>
          </w:tcPr>
          <w:p>
            <w:pPr>
              <w:spacing w:after="0"/>
            </w:pPr>
            <w:r>
              <w:rPr>
                <w:rFonts w:ascii="Arimo" w:hAnsi="Arimo" w:eastAsia="Arimo"/>
                <w:i/>
                <w:color w:val="71808D"/>
                <w:sz w:val="16"/>
              </w:rPr>
              <w:t>[Limitation]</w:t>
            </w:r>
          </w:p>
        </w:tc>
      </w:tr>
      <w:tr>
        <w:tc>
          <w:tcPr>
            <w:tcW w:type="dxa" w:w="3384"/>
            <w:tcMar>
              <w:top w:w="75" w:type="dxa"/>
              <w:start w:w="75" w:type="dxa"/>
              <w:bottom w:w="75" w:type="dxa"/>
              <w:end w:w="75" w:type="dxa"/>
            </w:tcMar>
            <w:shd w:fill="FAFBFC"/>
          </w:tcPr>
          <w:p>
            <w:pPr>
              <w:spacing w:after="0"/>
            </w:pPr>
            <w:r>
              <w:rPr>
                <w:rFonts w:ascii="Arimo" w:hAnsi="Arimo" w:eastAsia="Arimo"/>
                <w:i/>
                <w:color w:val="71808D"/>
                <w:sz w:val="16"/>
              </w:rPr>
              <w:t>[Paper / product / method 2]</w:t>
            </w:r>
          </w:p>
        </w:tc>
        <w:tc>
          <w:tcPr>
            <w:tcW w:type="dxa" w:w="2880"/>
            <w:tcMar>
              <w:top w:w="75" w:type="dxa"/>
              <w:start w:w="75" w:type="dxa"/>
              <w:bottom w:w="75" w:type="dxa"/>
              <w:end w:w="75" w:type="dxa"/>
            </w:tcMar>
            <w:shd w:fill="FAFBFC"/>
          </w:tcPr>
          <w:p>
            <w:pPr>
              <w:spacing w:after="0"/>
            </w:pPr>
            <w:r>
              <w:rPr>
                <w:rFonts w:ascii="Arimo" w:hAnsi="Arimo" w:eastAsia="Arimo"/>
                <w:i/>
                <w:color w:val="71808D"/>
                <w:sz w:val="16"/>
              </w:rPr>
              <w:t>[Strength]</w:t>
            </w:r>
          </w:p>
        </w:tc>
        <w:tc>
          <w:tcPr>
            <w:tcW w:type="dxa" w:w="3528"/>
            <w:tcMar>
              <w:top w:w="75" w:type="dxa"/>
              <w:start w:w="75" w:type="dxa"/>
              <w:bottom w:w="75" w:type="dxa"/>
              <w:end w:w="75" w:type="dxa"/>
            </w:tcMar>
            <w:shd w:fill="FAFBFC"/>
          </w:tcPr>
          <w:p>
            <w:pPr>
              <w:spacing w:after="0"/>
            </w:pPr>
            <w:r>
              <w:rPr>
                <w:rFonts w:ascii="Arimo" w:hAnsi="Arimo" w:eastAsia="Arimo"/>
                <w:i/>
                <w:color w:val="71808D"/>
                <w:sz w:val="16"/>
              </w:rPr>
              <w:t>[Limitation]</w:t>
            </w:r>
          </w:p>
        </w:tc>
      </w:tr>
      <w:tr>
        <w:tc>
          <w:tcPr>
            <w:tcW w:type="dxa" w:w="3384"/>
            <w:tcMar>
              <w:top w:w="75" w:type="dxa"/>
              <w:start w:w="75" w:type="dxa"/>
              <w:bottom w:w="75" w:type="dxa"/>
              <w:end w:w="75" w:type="dxa"/>
            </w:tcMar>
          </w:tcPr>
          <w:p>
            <w:pPr>
              <w:spacing w:after="0"/>
            </w:pPr>
            <w:r>
              <w:rPr>
                <w:rFonts w:ascii="Arimo" w:hAnsi="Arimo" w:eastAsia="Arimo"/>
                <w:i/>
                <w:color w:val="71808D"/>
                <w:sz w:val="16"/>
              </w:rPr>
              <w:t>[Paper / product / method 3]</w:t>
            </w:r>
          </w:p>
        </w:tc>
        <w:tc>
          <w:tcPr>
            <w:tcW w:type="dxa" w:w="2880"/>
            <w:tcMar>
              <w:top w:w="75" w:type="dxa"/>
              <w:start w:w="75" w:type="dxa"/>
              <w:bottom w:w="75" w:type="dxa"/>
              <w:end w:w="75" w:type="dxa"/>
            </w:tcMar>
          </w:tcPr>
          <w:p>
            <w:pPr>
              <w:spacing w:after="0"/>
            </w:pPr>
            <w:r>
              <w:rPr>
                <w:rFonts w:ascii="Arimo" w:hAnsi="Arimo" w:eastAsia="Arimo"/>
                <w:i/>
                <w:color w:val="71808D"/>
                <w:sz w:val="16"/>
              </w:rPr>
              <w:t>[Strength]</w:t>
            </w:r>
          </w:p>
        </w:tc>
        <w:tc>
          <w:tcPr>
            <w:tcW w:type="dxa" w:w="3528"/>
            <w:tcMar>
              <w:top w:w="75" w:type="dxa"/>
              <w:start w:w="75" w:type="dxa"/>
              <w:bottom w:w="75" w:type="dxa"/>
              <w:end w:w="75" w:type="dxa"/>
            </w:tcMar>
          </w:tcPr>
          <w:p>
            <w:pPr>
              <w:spacing w:after="0"/>
            </w:pPr>
            <w:r>
              <w:rPr>
                <w:rFonts w:ascii="Arimo" w:hAnsi="Arimo" w:eastAsia="Arimo"/>
                <w:i/>
                <w:color w:val="71808D"/>
                <w:sz w:val="16"/>
              </w:rPr>
              <w:t>[Limitation]</w:t>
            </w:r>
          </w:p>
        </w:tc>
      </w:tr>
      <w:tr>
        <w:tc>
          <w:tcPr>
            <w:tcW w:type="dxa" w:w="3384"/>
            <w:tcMar>
              <w:top w:w="75" w:type="dxa"/>
              <w:start w:w="75" w:type="dxa"/>
              <w:bottom w:w="75" w:type="dxa"/>
              <w:end w:w="75" w:type="dxa"/>
            </w:tcMar>
            <w:shd w:fill="FAFBFC"/>
          </w:tcPr>
          <w:p>
            <w:pPr>
              <w:spacing w:after="0"/>
            </w:pPr>
            <w:r>
              <w:rPr>
                <w:rFonts w:ascii="Arimo" w:hAnsi="Arimo" w:eastAsia="Arimo"/>
                <w:i/>
                <w:color w:val="71808D"/>
                <w:sz w:val="16"/>
              </w:rPr>
              <w:t>[Baseline / current practice]</w:t>
            </w:r>
          </w:p>
        </w:tc>
        <w:tc>
          <w:tcPr>
            <w:tcW w:type="dxa" w:w="2880"/>
            <w:tcMar>
              <w:top w:w="75" w:type="dxa"/>
              <w:start w:w="75" w:type="dxa"/>
              <w:bottom w:w="75" w:type="dxa"/>
              <w:end w:w="75" w:type="dxa"/>
            </w:tcMar>
            <w:shd w:fill="FAFBFC"/>
          </w:tcPr>
          <w:p>
            <w:pPr>
              <w:spacing w:after="0"/>
            </w:pPr>
            <w:r>
              <w:rPr>
                <w:rFonts w:ascii="Arimo" w:hAnsi="Arimo" w:eastAsia="Arimo"/>
                <w:i/>
                <w:color w:val="71808D"/>
                <w:sz w:val="16"/>
              </w:rPr>
              <w:t>[Strength]</w:t>
            </w:r>
          </w:p>
        </w:tc>
        <w:tc>
          <w:tcPr>
            <w:tcW w:type="dxa" w:w="3528"/>
            <w:tcMar>
              <w:top w:w="75" w:type="dxa"/>
              <w:start w:w="75" w:type="dxa"/>
              <w:bottom w:w="75" w:type="dxa"/>
              <w:end w:w="75" w:type="dxa"/>
            </w:tcMar>
            <w:shd w:fill="FAFBFC"/>
          </w:tcPr>
          <w:p>
            <w:pPr>
              <w:spacing w:after="0"/>
            </w:pPr>
            <w:r>
              <w:rPr>
                <w:rFonts w:ascii="Arimo" w:hAnsi="Arimo" w:eastAsia="Arimo"/>
                <w:i/>
                <w:color w:val="71808D"/>
                <w:sz w:val="16"/>
              </w:rPr>
              <w:t>[Limitation]</w:t>
            </w:r>
          </w:p>
        </w:tc>
      </w:tr>
    </w:tbl>
    <w:p>
      <w:pPr>
        <w:spacing w:after="40"/>
      </w:pPr>
    </w:p>
    <w:p>
      <w:pPr>
        <w:spacing w:after="60" w:line="269" w:lineRule="auto"/>
      </w:pPr>
      <w:r>
        <w:rPr>
          <w:rFonts w:ascii="Arimo" w:hAnsi="Arimo" w:eastAsia="Arimo"/>
          <w:b/>
          <w:i w:val="0"/>
          <w:color w:val="17324D"/>
          <w:sz w:val="22"/>
        </w:rPr>
        <w:t>4.2 Opportunity / Gap</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[Explain what your project will improve, combine, simplify, validate or adapt. Do not claim “novelty” unless you have evidence from a literature or market review.]</w:t>
            </w:r>
          </w:p>
          <w:p>
            <w:pPr>
              <w:spacing w:after="160"/>
            </w:pPr>
          </w:p>
          <w:p>
            <w:pPr>
              <w:spacing w:after="160"/>
            </w:pPr>
          </w:p>
          <w:p>
            <w:pPr>
              <w:spacing w:after="160"/>
            </w:pPr>
          </w:p>
          <w:p>
            <w:pPr>
              <w:spacing w:after="160"/>
            </w:pPr>
          </w:p>
        </w:tc>
      </w:tr>
    </w:tbl>
    <w:p>
      <w:pPr>
        <w:spacing w:after="40"/>
      </w:pPr>
    </w:p>
    <w:p>
      <w:pPr>
        <w:spacing w:after="60" w:line="269" w:lineRule="auto"/>
      </w:pPr>
      <w:r>
        <w:rPr>
          <w:rFonts w:ascii="Arimo" w:hAnsi="Arimo" w:eastAsia="Arimo"/>
          <w:b/>
          <w:i w:val="0"/>
          <w:color w:val="17324D"/>
          <w:sz w:val="22"/>
        </w:rPr>
        <w:t>4.3 Proposed Contribution</w:t>
      </w:r>
    </w:p>
    <w:p>
      <w:pPr>
        <w:pStyle w:val="ListBullet"/>
        <w:spacing w:after="60" w:line="259" w:lineRule="auto"/>
      </w:pPr>
      <w:r>
        <w:rPr>
          <w:rFonts w:ascii="Arimo" w:hAnsi="Arimo" w:eastAsia="Arimo"/>
          <w:color w:val="263238"/>
          <w:sz w:val="20"/>
        </w:rPr>
        <w:t>[Primary engineering contribution]</w:t>
      </w:r>
    </w:p>
    <w:p>
      <w:pPr>
        <w:pStyle w:val="ListBullet"/>
        <w:spacing w:after="60" w:line="259" w:lineRule="auto"/>
      </w:pPr>
      <w:r>
        <w:rPr>
          <w:rFonts w:ascii="Arimo" w:hAnsi="Arimo" w:eastAsia="Arimo"/>
          <w:color w:val="263238"/>
          <w:sz w:val="20"/>
        </w:rPr>
        <w:t>[Secondary contribution / integration]</w:t>
      </w:r>
    </w:p>
    <w:p>
      <w:pPr>
        <w:pStyle w:val="ListBullet"/>
        <w:spacing w:after="60" w:line="259" w:lineRule="auto"/>
      </w:pPr>
      <w:r>
        <w:rPr>
          <w:rFonts w:ascii="Arimo" w:hAnsi="Arimo" w:eastAsia="Arimo"/>
          <w:color w:val="263238"/>
          <w:sz w:val="20"/>
        </w:rPr>
        <w:t>[Evaluation or evidence contribution]</w:t>
      </w:r>
    </w:p>
    <w:p>
      <w:pPr>
        <w:pageBreakBefore/>
        <w:spacing w:after="40"/>
      </w:pPr>
      <w:r>
        <w:rPr>
          <w:rFonts w:ascii="Arimo" w:hAnsi="Arimo" w:eastAsia="Arimo"/>
          <w:b/>
          <w:color w:val="F28C28"/>
          <w:sz w:val="16"/>
        </w:rPr>
        <w:t>SOLUTION DESIGN</w:t>
      </w:r>
    </w:p>
    <w:p>
      <w:pPr>
        <w:spacing w:before="40" w:after="140"/>
        <w:keepNext/>
        <w:pBdr>
          <w:bottom w:val="single" w:sz="7" w:space="4" w:color="C9D8E5"/>
        </w:pBdr>
      </w:pPr>
      <w:r>
        <w:rPr>
          <w:rFonts w:ascii="Arimo" w:hAnsi="Arimo" w:eastAsia="Arimo"/>
          <w:b/>
          <w:color w:val="F28C28"/>
          <w:sz w:val="30"/>
        </w:rPr>
        <w:t xml:space="preserve">5  </w:t>
      </w:r>
      <w:r>
        <w:rPr>
          <w:rFonts w:ascii="Arimo" w:hAnsi="Arimo" w:eastAsia="Arimo"/>
          <w:b/>
          <w:color w:val="17324D"/>
          <w:sz w:val="30"/>
        </w:rPr>
        <w:t>Proposed Solution &amp; System Design</w:t>
      </w:r>
    </w:p>
    <w:p>
      <w:pPr>
        <w:spacing w:after="160"/>
      </w:pPr>
      <w:r>
        <w:rPr>
          <w:rFonts w:ascii="Arimo" w:hAnsi="Arimo" w:eastAsia="Arimo"/>
          <w:i/>
          <w:color w:val="5F6B76"/>
          <w:sz w:val="19"/>
        </w:rPr>
        <w:t>Describe the design clearly enough that another engineer can understand the major components and data/material flow.</w:t>
      </w:r>
    </w:p>
    <w:p>
      <w:pPr>
        <w:spacing w:after="60" w:line="269" w:lineRule="auto"/>
      </w:pPr>
      <w:r>
        <w:rPr>
          <w:rFonts w:ascii="Arimo" w:hAnsi="Arimo" w:eastAsia="Arimo"/>
          <w:b/>
          <w:i w:val="0"/>
          <w:color w:val="17324D"/>
          <w:sz w:val="22"/>
        </w:rPr>
        <w:t>5.1 Solution Overview</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[Describe the proposed system, how it works, and why this approach is suitable for the stated problem.]</w:t>
            </w:r>
          </w:p>
          <w:p>
            <w:pPr>
              <w:spacing w:after="160"/>
            </w:pPr>
          </w:p>
          <w:p>
            <w:pPr>
              <w:spacing w:after="160"/>
            </w:pPr>
          </w:p>
          <w:p>
            <w:pPr>
              <w:spacing w:after="160"/>
            </w:pPr>
          </w:p>
          <w:p>
            <w:pPr>
              <w:spacing w:after="160"/>
            </w:pPr>
          </w:p>
          <w:p>
            <w:pPr>
              <w:spacing w:after="160"/>
            </w:pPr>
          </w:p>
        </w:tc>
      </w:tr>
    </w:tbl>
    <w:p>
      <w:pPr>
        <w:spacing w:after="40"/>
      </w:pPr>
    </w:p>
    <w:p>
      <w:pPr>
        <w:spacing w:after="60" w:line="269" w:lineRule="auto"/>
      </w:pPr>
      <w:r>
        <w:rPr>
          <w:rFonts w:ascii="Arimo" w:hAnsi="Arimo" w:eastAsia="Arimo"/>
          <w:b/>
          <w:i w:val="0"/>
          <w:color w:val="17324D"/>
          <w:sz w:val="22"/>
        </w:rPr>
        <w:t>5.2 Architecture / Block Diagram</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[Insert architecture, block diagram, process flow, circuit, CAD concept, network topology or system schematic here. Add a caption and explain each major block below.]</w:t>
            </w:r>
          </w:p>
          <w:p>
            <w:pPr>
              <w:spacing w:after="160"/>
            </w:pPr>
          </w:p>
          <w:p>
            <w:pPr>
              <w:spacing w:after="160"/>
            </w:pPr>
          </w:p>
          <w:p>
            <w:pPr>
              <w:spacing w:after="160"/>
            </w:pPr>
          </w:p>
          <w:p>
            <w:pPr>
              <w:spacing w:after="160"/>
            </w:pPr>
          </w:p>
          <w:p>
            <w:pPr>
              <w:spacing w:after="160"/>
            </w:pPr>
          </w:p>
          <w:p>
            <w:pPr>
              <w:spacing w:after="160"/>
            </w:pPr>
          </w:p>
          <w:p>
            <w:pPr>
              <w:spacing w:after="160"/>
            </w:pPr>
          </w:p>
        </w:tc>
      </w:tr>
    </w:tbl>
    <w:p>
      <w:pPr>
        <w:spacing w:after="40"/>
      </w:pPr>
    </w:p>
    <w:p>
      <w:pPr>
        <w:spacing w:after="60" w:line="269" w:lineRule="auto"/>
      </w:pPr>
      <w:r>
        <w:rPr>
          <w:rFonts w:ascii="Arimo" w:hAnsi="Arimo" w:eastAsia="Arimo"/>
          <w:b/>
          <w:i w:val="0"/>
          <w:color w:val="17324D"/>
          <w:sz w:val="22"/>
        </w:rPr>
        <w:t>5.3 Major Components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384"/>
            <w:shd w:fill="17324D"/>
            <w:tcMar>
              <w:top w:w="80" w:type="dxa"/>
              <w:start w:w="80" w:type="dxa"/>
              <w:bottom w:w="80" w:type="dxa"/>
              <w:end w:w="80" w:type="dxa"/>
            </w:tcMar>
          </w:tcPr>
          <w:p>
            <w:pPr>
              <w:spacing w:after="0"/>
              <w:jc w:val="center"/>
            </w:pPr>
            <w:r>
              <w:rPr>
                <w:rFonts w:ascii="Arimo" w:hAnsi="Arimo" w:eastAsia="Arimo"/>
                <w:b/>
                <w:color w:val="FFFFFF"/>
                <w:sz w:val="16"/>
              </w:rPr>
              <w:t>Component / Module</w:t>
            </w:r>
          </w:p>
        </w:tc>
        <w:tc>
          <w:tcPr>
            <w:tcW w:type="dxa" w:w="3240"/>
            <w:shd w:fill="17324D"/>
            <w:tcMar>
              <w:top w:w="80" w:type="dxa"/>
              <w:start w:w="80" w:type="dxa"/>
              <w:bottom w:w="80" w:type="dxa"/>
              <w:end w:w="80" w:type="dxa"/>
            </w:tcMar>
          </w:tcPr>
          <w:p>
            <w:pPr>
              <w:spacing w:after="0"/>
              <w:jc w:val="center"/>
            </w:pPr>
            <w:r>
              <w:rPr>
                <w:rFonts w:ascii="Arimo" w:hAnsi="Arimo" w:eastAsia="Arimo"/>
                <w:b/>
                <w:color w:val="FFFFFF"/>
                <w:sz w:val="16"/>
              </w:rPr>
              <w:t>Purpose</w:t>
            </w:r>
          </w:p>
        </w:tc>
        <w:tc>
          <w:tcPr>
            <w:tcW w:type="dxa" w:w="3168"/>
            <w:shd w:fill="17324D"/>
            <w:tcMar>
              <w:top w:w="80" w:type="dxa"/>
              <w:start w:w="80" w:type="dxa"/>
              <w:bottom w:w="80" w:type="dxa"/>
              <w:end w:w="80" w:type="dxa"/>
            </w:tcMar>
          </w:tcPr>
          <w:p>
            <w:pPr>
              <w:spacing w:after="0"/>
              <w:jc w:val="center"/>
            </w:pPr>
            <w:r>
              <w:rPr>
                <w:rFonts w:ascii="Arimo" w:hAnsi="Arimo" w:eastAsia="Arimo"/>
                <w:b/>
                <w:color w:val="FFFFFF"/>
                <w:sz w:val="16"/>
              </w:rPr>
              <w:t>Technology / Method</w:t>
            </w:r>
          </w:p>
        </w:tc>
      </w:tr>
      <w:tr>
        <w:tc>
          <w:tcPr>
            <w:tcW w:type="dxa" w:w="3384"/>
            <w:tcMar>
              <w:top w:w="75" w:type="dxa"/>
              <w:start w:w="75" w:type="dxa"/>
              <w:bottom w:w="75" w:type="dxa"/>
              <w:end w:w="75" w:type="dxa"/>
            </w:tcMar>
          </w:tcPr>
          <w:p>
            <w:pPr>
              <w:spacing w:after="0"/>
            </w:pPr>
            <w:r>
              <w:rPr>
                <w:rFonts w:ascii="Arimo" w:hAnsi="Arimo" w:eastAsia="Arimo"/>
                <w:i/>
                <w:color w:val="71808D"/>
                <w:sz w:val="16"/>
              </w:rPr>
              <w:t>[Input / sensing / data source]</w:t>
            </w:r>
          </w:p>
        </w:tc>
        <w:tc>
          <w:tcPr>
            <w:tcW w:type="dxa" w:w="3240"/>
            <w:tcMar>
              <w:top w:w="75" w:type="dxa"/>
              <w:start w:w="75" w:type="dxa"/>
              <w:bottom w:w="75" w:type="dxa"/>
              <w:end w:w="75" w:type="dxa"/>
            </w:tcMar>
          </w:tcPr>
          <w:p>
            <w:pPr>
              <w:spacing w:after="0"/>
            </w:pPr>
            <w:r>
              <w:rPr>
                <w:rFonts w:ascii="Arimo" w:hAnsi="Arimo" w:eastAsia="Arimo"/>
                <w:i/>
                <w:color w:val="71808D"/>
                <w:sz w:val="16"/>
              </w:rPr>
              <w:t>[Purpose]</w:t>
            </w:r>
          </w:p>
        </w:tc>
        <w:tc>
          <w:tcPr>
            <w:tcW w:type="dxa" w:w="3168"/>
            <w:tcMar>
              <w:top w:w="75" w:type="dxa"/>
              <w:start w:w="75" w:type="dxa"/>
              <w:bottom w:w="75" w:type="dxa"/>
              <w:end w:w="75" w:type="dxa"/>
            </w:tcMar>
          </w:tcPr>
          <w:p>
            <w:pPr>
              <w:spacing w:after="0"/>
            </w:pPr>
            <w:r>
              <w:rPr>
                <w:rFonts w:ascii="Arimo" w:hAnsi="Arimo" w:eastAsia="Arimo"/>
                <w:i/>
                <w:color w:val="71808D"/>
                <w:sz w:val="16"/>
              </w:rPr>
              <w:t>[Tool / sensor / dataset]</w:t>
            </w:r>
          </w:p>
        </w:tc>
      </w:tr>
      <w:tr>
        <w:tc>
          <w:tcPr>
            <w:tcW w:type="dxa" w:w="3384"/>
            <w:tcMar>
              <w:top w:w="75" w:type="dxa"/>
              <w:start w:w="75" w:type="dxa"/>
              <w:bottom w:w="75" w:type="dxa"/>
              <w:end w:w="75" w:type="dxa"/>
            </w:tcMar>
            <w:shd w:fill="FAFBFC"/>
          </w:tcPr>
          <w:p>
            <w:pPr>
              <w:spacing w:after="0"/>
            </w:pPr>
            <w:r>
              <w:rPr>
                <w:rFonts w:ascii="Arimo" w:hAnsi="Arimo" w:eastAsia="Arimo"/>
                <w:i/>
                <w:color w:val="71808D"/>
                <w:sz w:val="16"/>
              </w:rPr>
              <w:t>[Processing / control / algorithm]</w:t>
            </w:r>
          </w:p>
        </w:tc>
        <w:tc>
          <w:tcPr>
            <w:tcW w:type="dxa" w:w="3240"/>
            <w:tcMar>
              <w:top w:w="75" w:type="dxa"/>
              <w:start w:w="75" w:type="dxa"/>
              <w:bottom w:w="75" w:type="dxa"/>
              <w:end w:w="75" w:type="dxa"/>
            </w:tcMar>
            <w:shd w:fill="FAFBFC"/>
          </w:tcPr>
          <w:p>
            <w:pPr>
              <w:spacing w:after="0"/>
            </w:pPr>
            <w:r>
              <w:rPr>
                <w:rFonts w:ascii="Arimo" w:hAnsi="Arimo" w:eastAsia="Arimo"/>
                <w:i/>
                <w:color w:val="71808D"/>
                <w:sz w:val="16"/>
              </w:rPr>
              <w:t>[Purpose]</w:t>
            </w:r>
          </w:p>
        </w:tc>
        <w:tc>
          <w:tcPr>
            <w:tcW w:type="dxa" w:w="3168"/>
            <w:tcMar>
              <w:top w:w="75" w:type="dxa"/>
              <w:start w:w="75" w:type="dxa"/>
              <w:bottom w:w="75" w:type="dxa"/>
              <w:end w:w="75" w:type="dxa"/>
            </w:tcMar>
            <w:shd w:fill="FAFBFC"/>
          </w:tcPr>
          <w:p>
            <w:pPr>
              <w:spacing w:after="0"/>
            </w:pPr>
            <w:r>
              <w:rPr>
                <w:rFonts w:ascii="Arimo" w:hAnsi="Arimo" w:eastAsia="Arimo"/>
                <w:i/>
                <w:color w:val="71808D"/>
                <w:sz w:val="16"/>
              </w:rPr>
              <w:t>[Method / software]</w:t>
            </w:r>
          </w:p>
        </w:tc>
      </w:tr>
      <w:tr>
        <w:tc>
          <w:tcPr>
            <w:tcW w:type="dxa" w:w="3384"/>
            <w:tcMar>
              <w:top w:w="75" w:type="dxa"/>
              <w:start w:w="75" w:type="dxa"/>
              <w:bottom w:w="75" w:type="dxa"/>
              <w:end w:w="75" w:type="dxa"/>
            </w:tcMar>
          </w:tcPr>
          <w:p>
            <w:pPr>
              <w:spacing w:after="0"/>
            </w:pPr>
            <w:r>
              <w:rPr>
                <w:rFonts w:ascii="Arimo" w:hAnsi="Arimo" w:eastAsia="Arimo"/>
                <w:i/>
                <w:color w:val="71808D"/>
                <w:sz w:val="16"/>
              </w:rPr>
              <w:t>[Output / actuator / interface]</w:t>
            </w:r>
          </w:p>
        </w:tc>
        <w:tc>
          <w:tcPr>
            <w:tcW w:type="dxa" w:w="3240"/>
            <w:tcMar>
              <w:top w:w="75" w:type="dxa"/>
              <w:start w:w="75" w:type="dxa"/>
              <w:bottom w:w="75" w:type="dxa"/>
              <w:end w:w="75" w:type="dxa"/>
            </w:tcMar>
          </w:tcPr>
          <w:p>
            <w:pPr>
              <w:spacing w:after="0"/>
            </w:pPr>
            <w:r>
              <w:rPr>
                <w:rFonts w:ascii="Arimo" w:hAnsi="Arimo" w:eastAsia="Arimo"/>
                <w:i/>
                <w:color w:val="71808D"/>
                <w:sz w:val="16"/>
              </w:rPr>
              <w:t>[Purpose]</w:t>
            </w:r>
          </w:p>
        </w:tc>
        <w:tc>
          <w:tcPr>
            <w:tcW w:type="dxa" w:w="3168"/>
            <w:tcMar>
              <w:top w:w="75" w:type="dxa"/>
              <w:start w:w="75" w:type="dxa"/>
              <w:bottom w:w="75" w:type="dxa"/>
              <w:end w:w="75" w:type="dxa"/>
            </w:tcMar>
          </w:tcPr>
          <w:p>
            <w:pPr>
              <w:spacing w:after="0"/>
            </w:pPr>
            <w:r>
              <w:rPr>
                <w:rFonts w:ascii="Arimo" w:hAnsi="Arimo" w:eastAsia="Arimo"/>
                <w:i/>
                <w:color w:val="71808D"/>
                <w:sz w:val="16"/>
              </w:rPr>
              <w:t>[Technology]</w:t>
            </w:r>
          </w:p>
        </w:tc>
      </w:tr>
      <w:tr>
        <w:tc>
          <w:tcPr>
            <w:tcW w:type="dxa" w:w="3384"/>
            <w:tcMar>
              <w:top w:w="75" w:type="dxa"/>
              <w:start w:w="75" w:type="dxa"/>
              <w:bottom w:w="75" w:type="dxa"/>
              <w:end w:w="75" w:type="dxa"/>
            </w:tcMar>
            <w:shd w:fill="FAFBFC"/>
          </w:tcPr>
          <w:p>
            <w:pPr>
              <w:spacing w:after="0"/>
            </w:pPr>
            <w:r>
              <w:rPr>
                <w:rFonts w:ascii="Arimo" w:hAnsi="Arimo" w:eastAsia="Arimo"/>
                <w:i/>
                <w:color w:val="71808D"/>
                <w:sz w:val="16"/>
              </w:rPr>
              <w:t>[Storage / communication / structure]</w:t>
            </w:r>
          </w:p>
        </w:tc>
        <w:tc>
          <w:tcPr>
            <w:tcW w:type="dxa" w:w="3240"/>
            <w:tcMar>
              <w:top w:w="75" w:type="dxa"/>
              <w:start w:w="75" w:type="dxa"/>
              <w:bottom w:w="75" w:type="dxa"/>
              <w:end w:w="75" w:type="dxa"/>
            </w:tcMar>
            <w:shd w:fill="FAFBFC"/>
          </w:tcPr>
          <w:p>
            <w:pPr>
              <w:spacing w:after="0"/>
            </w:pPr>
            <w:r>
              <w:rPr>
                <w:rFonts w:ascii="Arimo" w:hAnsi="Arimo" w:eastAsia="Arimo"/>
                <w:i/>
                <w:color w:val="71808D"/>
                <w:sz w:val="16"/>
              </w:rPr>
              <w:t>[Purpose]</w:t>
            </w:r>
          </w:p>
        </w:tc>
        <w:tc>
          <w:tcPr>
            <w:tcW w:type="dxa" w:w="3168"/>
            <w:tcMar>
              <w:top w:w="75" w:type="dxa"/>
              <w:start w:w="75" w:type="dxa"/>
              <w:bottom w:w="75" w:type="dxa"/>
              <w:end w:w="75" w:type="dxa"/>
            </w:tcMar>
            <w:shd w:fill="FAFBFC"/>
          </w:tcPr>
          <w:p>
            <w:pPr>
              <w:spacing w:after="0"/>
            </w:pPr>
            <w:r>
              <w:rPr>
                <w:rFonts w:ascii="Arimo" w:hAnsi="Arimo" w:eastAsia="Arimo"/>
                <w:i/>
                <w:color w:val="71808D"/>
                <w:sz w:val="16"/>
              </w:rPr>
              <w:t>[Technology]</w:t>
            </w:r>
          </w:p>
        </w:tc>
      </w:tr>
    </w:tbl>
    <w:p>
      <w:pPr>
        <w:spacing w:after="40"/>
      </w:pPr>
    </w:p>
    <w:p>
      <w:pPr>
        <w:spacing w:after="60" w:line="269" w:lineRule="auto"/>
      </w:pPr>
      <w:r>
        <w:rPr>
          <w:rFonts w:ascii="Arimo" w:hAnsi="Arimo" w:eastAsia="Arimo"/>
          <w:b/>
          <w:i w:val="0"/>
          <w:color w:val="17324D"/>
          <w:sz w:val="22"/>
        </w:rPr>
        <w:t>5.4 Key Design Decisions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880"/>
            <w:shd w:fill="17324D"/>
            <w:tcMar>
              <w:top w:w="80" w:type="dxa"/>
              <w:start w:w="80" w:type="dxa"/>
              <w:bottom w:w="80" w:type="dxa"/>
              <w:end w:w="80" w:type="dxa"/>
            </w:tcMar>
          </w:tcPr>
          <w:p>
            <w:pPr>
              <w:spacing w:after="0"/>
              <w:jc w:val="center"/>
            </w:pPr>
            <w:r>
              <w:rPr>
                <w:rFonts w:ascii="Arimo" w:hAnsi="Arimo" w:eastAsia="Arimo"/>
                <w:b/>
                <w:color w:val="FFFFFF"/>
                <w:sz w:val="16"/>
              </w:rPr>
              <w:t>Decision</w:t>
            </w:r>
          </w:p>
        </w:tc>
        <w:tc>
          <w:tcPr>
            <w:tcW w:type="dxa" w:w="3456"/>
            <w:shd w:fill="17324D"/>
            <w:tcMar>
              <w:top w:w="80" w:type="dxa"/>
              <w:start w:w="80" w:type="dxa"/>
              <w:bottom w:w="80" w:type="dxa"/>
              <w:end w:w="80" w:type="dxa"/>
            </w:tcMar>
          </w:tcPr>
          <w:p>
            <w:pPr>
              <w:spacing w:after="0"/>
              <w:jc w:val="center"/>
            </w:pPr>
            <w:r>
              <w:rPr>
                <w:rFonts w:ascii="Arimo" w:hAnsi="Arimo" w:eastAsia="Arimo"/>
                <w:b/>
                <w:color w:val="FFFFFF"/>
                <w:sz w:val="16"/>
              </w:rPr>
              <w:t>Options Considered</w:t>
            </w:r>
          </w:p>
        </w:tc>
        <w:tc>
          <w:tcPr>
            <w:tcW w:type="dxa" w:w="3456"/>
            <w:shd w:fill="17324D"/>
            <w:tcMar>
              <w:top w:w="80" w:type="dxa"/>
              <w:start w:w="80" w:type="dxa"/>
              <w:bottom w:w="80" w:type="dxa"/>
              <w:end w:w="80" w:type="dxa"/>
            </w:tcMar>
          </w:tcPr>
          <w:p>
            <w:pPr>
              <w:spacing w:after="0"/>
              <w:jc w:val="center"/>
            </w:pPr>
            <w:r>
              <w:rPr>
                <w:rFonts w:ascii="Arimo" w:hAnsi="Arimo" w:eastAsia="Arimo"/>
                <w:b/>
                <w:color w:val="FFFFFF"/>
                <w:sz w:val="16"/>
              </w:rPr>
              <w:t>Selected Option &amp; Why</w:t>
            </w:r>
          </w:p>
        </w:tc>
      </w:tr>
      <w:tr>
        <w:tc>
          <w:tcPr>
            <w:tcW w:type="dxa" w:w="2880"/>
            <w:tcMar>
              <w:top w:w="75" w:type="dxa"/>
              <w:start w:w="75" w:type="dxa"/>
              <w:bottom w:w="75" w:type="dxa"/>
              <w:end w:w="75" w:type="dxa"/>
            </w:tcMar>
          </w:tcPr>
          <w:p>
            <w:pPr>
              <w:spacing w:after="0"/>
            </w:pPr>
            <w:r>
              <w:rPr>
                <w:rFonts w:ascii="Arimo" w:hAnsi="Arimo" w:eastAsia="Arimo"/>
                <w:i/>
                <w:color w:val="71808D"/>
                <w:sz w:val="16"/>
              </w:rPr>
              <w:t>[Model / sensor / material / protocol]</w:t>
            </w:r>
          </w:p>
        </w:tc>
        <w:tc>
          <w:tcPr>
            <w:tcW w:type="dxa" w:w="3456"/>
            <w:tcMar>
              <w:top w:w="75" w:type="dxa"/>
              <w:start w:w="75" w:type="dxa"/>
              <w:bottom w:w="75" w:type="dxa"/>
              <w:end w:w="75" w:type="dxa"/>
            </w:tcMar>
          </w:tcPr>
          <w:p>
            <w:pPr>
              <w:spacing w:after="0"/>
            </w:pPr>
            <w:r>
              <w:rPr>
                <w:rFonts w:ascii="Arimo" w:hAnsi="Arimo" w:eastAsia="Arimo"/>
                <w:i/>
                <w:color w:val="71808D"/>
                <w:sz w:val="16"/>
              </w:rPr>
              <w:t>[A vs B vs C]</w:t>
            </w:r>
          </w:p>
        </w:tc>
        <w:tc>
          <w:tcPr>
            <w:tcW w:type="dxa" w:w="3456"/>
            <w:tcMar>
              <w:top w:w="75" w:type="dxa"/>
              <w:start w:w="75" w:type="dxa"/>
              <w:bottom w:w="75" w:type="dxa"/>
              <w:end w:w="75" w:type="dxa"/>
            </w:tcMar>
          </w:tcPr>
          <w:p>
            <w:pPr>
              <w:spacing w:after="0"/>
            </w:pPr>
            <w:r>
              <w:rPr>
                <w:rFonts w:ascii="Arimo" w:hAnsi="Arimo" w:eastAsia="Arimo"/>
                <w:i/>
                <w:color w:val="71808D"/>
                <w:sz w:val="16"/>
              </w:rPr>
              <w:t>[Selection rationale]</w:t>
            </w:r>
          </w:p>
        </w:tc>
      </w:tr>
      <w:tr>
        <w:tc>
          <w:tcPr>
            <w:tcW w:type="dxa" w:w="2880"/>
            <w:tcMar>
              <w:top w:w="75" w:type="dxa"/>
              <w:start w:w="75" w:type="dxa"/>
              <w:bottom w:w="75" w:type="dxa"/>
              <w:end w:w="75" w:type="dxa"/>
            </w:tcMar>
            <w:shd w:fill="FAFBFC"/>
          </w:tcPr>
          <w:p>
            <w:pPr>
              <w:spacing w:after="0"/>
            </w:pPr>
            <w:r>
              <w:rPr>
                <w:rFonts w:ascii="Arimo" w:hAnsi="Arimo" w:eastAsia="Arimo"/>
                <w:i/>
                <w:color w:val="71808D"/>
                <w:sz w:val="16"/>
              </w:rPr>
              <w:t>[Platform / architecture]</w:t>
            </w:r>
          </w:p>
        </w:tc>
        <w:tc>
          <w:tcPr>
            <w:tcW w:type="dxa" w:w="3456"/>
            <w:tcMar>
              <w:top w:w="75" w:type="dxa"/>
              <w:start w:w="75" w:type="dxa"/>
              <w:bottom w:w="75" w:type="dxa"/>
              <w:end w:w="75" w:type="dxa"/>
            </w:tcMar>
            <w:shd w:fill="FAFBFC"/>
          </w:tcPr>
          <w:p>
            <w:pPr>
              <w:spacing w:after="0"/>
            </w:pPr>
            <w:r>
              <w:rPr>
                <w:rFonts w:ascii="Arimo" w:hAnsi="Arimo" w:eastAsia="Arimo"/>
                <w:i/>
                <w:color w:val="71808D"/>
                <w:sz w:val="16"/>
              </w:rPr>
              <w:t>[Alternatives]</w:t>
            </w:r>
          </w:p>
        </w:tc>
        <w:tc>
          <w:tcPr>
            <w:tcW w:type="dxa" w:w="3456"/>
            <w:tcMar>
              <w:top w:w="75" w:type="dxa"/>
              <w:start w:w="75" w:type="dxa"/>
              <w:bottom w:w="75" w:type="dxa"/>
              <w:end w:w="75" w:type="dxa"/>
            </w:tcMar>
            <w:shd w:fill="FAFBFC"/>
          </w:tcPr>
          <w:p>
            <w:pPr>
              <w:spacing w:after="0"/>
            </w:pPr>
            <w:r>
              <w:rPr>
                <w:rFonts w:ascii="Arimo" w:hAnsi="Arimo" w:eastAsia="Arimo"/>
                <w:i/>
                <w:color w:val="71808D"/>
                <w:sz w:val="16"/>
              </w:rPr>
              <w:t>[Selection rationale]</w:t>
            </w:r>
          </w:p>
        </w:tc>
      </w:tr>
    </w:tbl>
    <w:p>
      <w:pPr>
        <w:spacing w:after="40"/>
      </w:pPr>
    </w:p>
    <w:p>
      <w:pPr>
        <w:pageBreakBefore/>
        <w:spacing w:after="40"/>
      </w:pPr>
      <w:r>
        <w:rPr>
          <w:rFonts w:ascii="Arimo" w:hAnsi="Arimo" w:eastAsia="Arimo"/>
          <w:b/>
          <w:color w:val="F28C28"/>
          <w:sz w:val="16"/>
        </w:rPr>
        <w:t>METHOD</w:t>
      </w:r>
    </w:p>
    <w:p>
      <w:pPr>
        <w:spacing w:before="40" w:after="140"/>
        <w:keepNext/>
        <w:pBdr>
          <w:bottom w:val="single" w:sz="7" w:space="4" w:color="C9D8E5"/>
        </w:pBdr>
      </w:pPr>
      <w:r>
        <w:rPr>
          <w:rFonts w:ascii="Arimo" w:hAnsi="Arimo" w:eastAsia="Arimo"/>
          <w:b/>
          <w:color w:val="F28C28"/>
          <w:sz w:val="30"/>
        </w:rPr>
        <w:t xml:space="preserve">6  </w:t>
      </w:r>
      <w:r>
        <w:rPr>
          <w:rFonts w:ascii="Arimo" w:hAnsi="Arimo" w:eastAsia="Arimo"/>
          <w:b/>
          <w:color w:val="17324D"/>
          <w:sz w:val="30"/>
        </w:rPr>
        <w:t>Methodology &amp; Implementation Plan</w:t>
      </w:r>
    </w:p>
    <w:p>
      <w:pPr>
        <w:spacing w:after="160"/>
      </w:pPr>
      <w:r>
        <w:rPr>
          <w:rFonts w:ascii="Arimo" w:hAnsi="Arimo" w:eastAsia="Arimo"/>
          <w:i/>
          <w:color w:val="5F6B76"/>
          <w:sz w:val="19"/>
        </w:rPr>
        <w:t>Use a sequence that can be converted directly into tasks, experiments or design milestones.</w:t>
      </w:r>
    </w:p>
    <w:p>
      <w:pPr>
        <w:spacing w:after="60" w:line="269" w:lineRule="auto"/>
      </w:pPr>
      <w:r>
        <w:rPr>
          <w:rFonts w:ascii="Arimo" w:hAnsi="Arimo" w:eastAsia="Arimo"/>
          <w:b/>
          <w:i w:val="0"/>
          <w:color w:val="17324D"/>
          <w:sz w:val="22"/>
        </w:rPr>
        <w:t>6.1 Method / Workflow</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088"/>
            <w:shd w:fill="17324D"/>
            <w:tcMar>
              <w:top w:w="80" w:type="dxa"/>
              <w:start w:w="80" w:type="dxa"/>
              <w:bottom w:w="80" w:type="dxa"/>
              <w:end w:w="80" w:type="dxa"/>
            </w:tcMar>
          </w:tcPr>
          <w:p>
            <w:pPr>
              <w:spacing w:after="0"/>
              <w:jc w:val="center"/>
            </w:pPr>
            <w:r>
              <w:rPr>
                <w:rFonts w:ascii="Arimo" w:hAnsi="Arimo" w:eastAsia="Arimo"/>
                <w:b/>
                <w:color w:val="FFFFFF"/>
                <w:sz w:val="16"/>
              </w:rPr>
              <w:t>Phase</w:t>
            </w:r>
          </w:p>
        </w:tc>
        <w:tc>
          <w:tcPr>
            <w:tcW w:type="dxa" w:w="5328"/>
            <w:shd w:fill="17324D"/>
            <w:tcMar>
              <w:top w:w="80" w:type="dxa"/>
              <w:start w:w="80" w:type="dxa"/>
              <w:bottom w:w="80" w:type="dxa"/>
              <w:end w:w="80" w:type="dxa"/>
            </w:tcMar>
          </w:tcPr>
          <w:p>
            <w:pPr>
              <w:spacing w:after="0"/>
              <w:jc w:val="center"/>
            </w:pPr>
            <w:r>
              <w:rPr>
                <w:rFonts w:ascii="Arimo" w:hAnsi="Arimo" w:eastAsia="Arimo"/>
                <w:b/>
                <w:color w:val="FFFFFF"/>
                <w:sz w:val="16"/>
              </w:rPr>
              <w:t>Activities</w:t>
            </w:r>
          </w:p>
        </w:tc>
        <w:tc>
          <w:tcPr>
            <w:tcW w:type="dxa" w:w="2376"/>
            <w:shd w:fill="17324D"/>
            <w:tcMar>
              <w:top w:w="80" w:type="dxa"/>
              <w:start w:w="80" w:type="dxa"/>
              <w:bottom w:w="80" w:type="dxa"/>
              <w:end w:w="80" w:type="dxa"/>
            </w:tcMar>
          </w:tcPr>
          <w:p>
            <w:pPr>
              <w:spacing w:after="0"/>
              <w:jc w:val="center"/>
            </w:pPr>
            <w:r>
              <w:rPr>
                <w:rFonts w:ascii="Arimo" w:hAnsi="Arimo" w:eastAsia="Arimo"/>
                <w:b/>
                <w:color w:val="FFFFFF"/>
                <w:sz w:val="16"/>
              </w:rPr>
              <w:t>Output</w:t>
            </w:r>
          </w:p>
        </w:tc>
      </w:tr>
      <w:tr>
        <w:tc>
          <w:tcPr>
            <w:tcW w:type="dxa" w:w="2088"/>
            <w:tcMar>
              <w:top w:w="75" w:type="dxa"/>
              <w:start w:w="75" w:type="dxa"/>
              <w:bottom w:w="75" w:type="dxa"/>
              <w:end w:w="75" w:type="dxa"/>
            </w:tcMar>
          </w:tcPr>
          <w:p>
            <w:pPr>
              <w:spacing w:after="0"/>
            </w:pPr>
            <w:r>
              <w:rPr>
                <w:rFonts w:ascii="Arimo" w:hAnsi="Arimo" w:eastAsia="Arimo"/>
                <w:i w:val="0"/>
                <w:color w:val="263238"/>
                <w:sz w:val="16"/>
              </w:rPr>
              <w:t>1. Requirements / Data</w:t>
            </w:r>
          </w:p>
        </w:tc>
        <w:tc>
          <w:tcPr>
            <w:tcW w:type="dxa" w:w="5328"/>
            <w:tcMar>
              <w:top w:w="75" w:type="dxa"/>
              <w:start w:w="75" w:type="dxa"/>
              <w:bottom w:w="75" w:type="dxa"/>
              <w:end w:w="75" w:type="dxa"/>
            </w:tcMar>
          </w:tcPr>
          <w:p>
            <w:pPr>
              <w:spacing w:after="0"/>
            </w:pPr>
            <w:r>
              <w:rPr>
                <w:rFonts w:ascii="Arimo" w:hAnsi="Arimo" w:eastAsia="Arimo"/>
                <w:i/>
                <w:color w:val="71808D"/>
                <w:sz w:val="16"/>
              </w:rPr>
              <w:t>[Collect requirements, source data, define specifications]</w:t>
            </w:r>
          </w:p>
        </w:tc>
        <w:tc>
          <w:tcPr>
            <w:tcW w:type="dxa" w:w="2376"/>
            <w:tcMar>
              <w:top w:w="75" w:type="dxa"/>
              <w:start w:w="75" w:type="dxa"/>
              <w:bottom w:w="75" w:type="dxa"/>
              <w:end w:w="75" w:type="dxa"/>
            </w:tcMar>
          </w:tcPr>
          <w:p>
            <w:pPr>
              <w:spacing w:after="0"/>
            </w:pPr>
            <w:r>
              <w:rPr>
                <w:rFonts w:ascii="Arimo" w:hAnsi="Arimo" w:eastAsia="Arimo"/>
                <w:i/>
                <w:color w:val="71808D"/>
                <w:sz w:val="16"/>
              </w:rPr>
              <w:t>[Approved requirements / prepared data]</w:t>
            </w:r>
          </w:p>
        </w:tc>
      </w:tr>
      <w:tr>
        <w:tc>
          <w:tcPr>
            <w:tcW w:type="dxa" w:w="2088"/>
            <w:tcMar>
              <w:top w:w="75" w:type="dxa"/>
              <w:start w:w="75" w:type="dxa"/>
              <w:bottom w:w="75" w:type="dxa"/>
              <w:end w:w="75" w:type="dxa"/>
            </w:tcMar>
            <w:shd w:fill="FAFBFC"/>
          </w:tcPr>
          <w:p>
            <w:pPr>
              <w:spacing w:after="0"/>
            </w:pPr>
            <w:r>
              <w:rPr>
                <w:rFonts w:ascii="Arimo" w:hAnsi="Arimo" w:eastAsia="Arimo"/>
                <w:i w:val="0"/>
                <w:color w:val="263238"/>
                <w:sz w:val="16"/>
              </w:rPr>
              <w:t>2. Design</w:t>
            </w:r>
          </w:p>
        </w:tc>
        <w:tc>
          <w:tcPr>
            <w:tcW w:type="dxa" w:w="5328"/>
            <w:tcMar>
              <w:top w:w="75" w:type="dxa"/>
              <w:start w:w="75" w:type="dxa"/>
              <w:bottom w:w="75" w:type="dxa"/>
              <w:end w:w="75" w:type="dxa"/>
            </w:tcMar>
            <w:shd w:fill="FAFBFC"/>
          </w:tcPr>
          <w:p>
            <w:pPr>
              <w:spacing w:after="0"/>
            </w:pPr>
            <w:r>
              <w:rPr>
                <w:rFonts w:ascii="Arimo" w:hAnsi="Arimo" w:eastAsia="Arimo"/>
                <w:i/>
                <w:color w:val="71808D"/>
                <w:sz w:val="16"/>
              </w:rPr>
              <w:t>[Architecture, modelling, component selection]</w:t>
            </w:r>
          </w:p>
        </w:tc>
        <w:tc>
          <w:tcPr>
            <w:tcW w:type="dxa" w:w="2376"/>
            <w:tcMar>
              <w:top w:w="75" w:type="dxa"/>
              <w:start w:w="75" w:type="dxa"/>
              <w:bottom w:w="75" w:type="dxa"/>
              <w:end w:w="75" w:type="dxa"/>
            </w:tcMar>
            <w:shd w:fill="FAFBFC"/>
          </w:tcPr>
          <w:p>
            <w:pPr>
              <w:spacing w:after="0"/>
            </w:pPr>
            <w:r>
              <w:rPr>
                <w:rFonts w:ascii="Arimo" w:hAnsi="Arimo" w:eastAsia="Arimo"/>
                <w:i/>
                <w:color w:val="71808D"/>
                <w:sz w:val="16"/>
              </w:rPr>
              <w:t>[Design baseline]</w:t>
            </w:r>
          </w:p>
        </w:tc>
      </w:tr>
      <w:tr>
        <w:tc>
          <w:tcPr>
            <w:tcW w:type="dxa" w:w="2088"/>
            <w:tcMar>
              <w:top w:w="75" w:type="dxa"/>
              <w:start w:w="75" w:type="dxa"/>
              <w:bottom w:w="75" w:type="dxa"/>
              <w:end w:w="75" w:type="dxa"/>
            </w:tcMar>
          </w:tcPr>
          <w:p>
            <w:pPr>
              <w:spacing w:after="0"/>
            </w:pPr>
            <w:r>
              <w:rPr>
                <w:rFonts w:ascii="Arimo" w:hAnsi="Arimo" w:eastAsia="Arimo"/>
                <w:i w:val="0"/>
                <w:color w:val="263238"/>
                <w:sz w:val="16"/>
              </w:rPr>
              <w:t>3. Implementation</w:t>
            </w:r>
          </w:p>
        </w:tc>
        <w:tc>
          <w:tcPr>
            <w:tcW w:type="dxa" w:w="5328"/>
            <w:tcMar>
              <w:top w:w="75" w:type="dxa"/>
              <w:start w:w="75" w:type="dxa"/>
              <w:bottom w:w="75" w:type="dxa"/>
              <w:end w:w="75" w:type="dxa"/>
            </w:tcMar>
          </w:tcPr>
          <w:p>
            <w:pPr>
              <w:spacing w:after="0"/>
            </w:pPr>
            <w:r>
              <w:rPr>
                <w:rFonts w:ascii="Arimo" w:hAnsi="Arimo" w:eastAsia="Arimo"/>
                <w:i/>
                <w:color w:val="71808D"/>
                <w:sz w:val="16"/>
              </w:rPr>
              <w:t>[Code, fabrication, simulation, integration]</w:t>
            </w:r>
          </w:p>
        </w:tc>
        <w:tc>
          <w:tcPr>
            <w:tcW w:type="dxa" w:w="2376"/>
            <w:tcMar>
              <w:top w:w="75" w:type="dxa"/>
              <w:start w:w="75" w:type="dxa"/>
              <w:bottom w:w="75" w:type="dxa"/>
              <w:end w:w="75" w:type="dxa"/>
            </w:tcMar>
          </w:tcPr>
          <w:p>
            <w:pPr>
              <w:spacing w:after="0"/>
            </w:pPr>
            <w:r>
              <w:rPr>
                <w:rFonts w:ascii="Arimo" w:hAnsi="Arimo" w:eastAsia="Arimo"/>
                <w:i/>
                <w:color w:val="71808D"/>
                <w:sz w:val="16"/>
              </w:rPr>
              <w:t>[Working subsystem / prototype]</w:t>
            </w:r>
          </w:p>
        </w:tc>
      </w:tr>
      <w:tr>
        <w:tc>
          <w:tcPr>
            <w:tcW w:type="dxa" w:w="2088"/>
            <w:tcMar>
              <w:top w:w="75" w:type="dxa"/>
              <w:start w:w="75" w:type="dxa"/>
              <w:bottom w:w="75" w:type="dxa"/>
              <w:end w:w="75" w:type="dxa"/>
            </w:tcMar>
            <w:shd w:fill="FAFBFC"/>
          </w:tcPr>
          <w:p>
            <w:pPr>
              <w:spacing w:after="0"/>
            </w:pPr>
            <w:r>
              <w:rPr>
                <w:rFonts w:ascii="Arimo" w:hAnsi="Arimo" w:eastAsia="Arimo"/>
                <w:i w:val="0"/>
                <w:color w:val="263238"/>
                <w:sz w:val="16"/>
              </w:rPr>
              <w:t>4. Testing</w:t>
            </w:r>
          </w:p>
        </w:tc>
        <w:tc>
          <w:tcPr>
            <w:tcW w:type="dxa" w:w="5328"/>
            <w:tcMar>
              <w:top w:w="75" w:type="dxa"/>
              <w:start w:w="75" w:type="dxa"/>
              <w:bottom w:w="75" w:type="dxa"/>
              <w:end w:w="75" w:type="dxa"/>
            </w:tcMar>
            <w:shd w:fill="FAFBFC"/>
          </w:tcPr>
          <w:p>
            <w:pPr>
              <w:spacing w:after="0"/>
            </w:pPr>
            <w:r>
              <w:rPr>
                <w:rFonts w:ascii="Arimo" w:hAnsi="Arimo" w:eastAsia="Arimo"/>
                <w:i/>
                <w:color w:val="71808D"/>
                <w:sz w:val="16"/>
              </w:rPr>
              <w:t>[Unit, integration, experiment, validation]</w:t>
            </w:r>
          </w:p>
        </w:tc>
        <w:tc>
          <w:tcPr>
            <w:tcW w:type="dxa" w:w="2376"/>
            <w:tcMar>
              <w:top w:w="75" w:type="dxa"/>
              <w:start w:w="75" w:type="dxa"/>
              <w:bottom w:w="75" w:type="dxa"/>
              <w:end w:w="75" w:type="dxa"/>
            </w:tcMar>
            <w:shd w:fill="FAFBFC"/>
          </w:tcPr>
          <w:p>
            <w:pPr>
              <w:spacing w:after="0"/>
            </w:pPr>
            <w:r>
              <w:rPr>
                <w:rFonts w:ascii="Arimo" w:hAnsi="Arimo" w:eastAsia="Arimo"/>
                <w:i/>
                <w:color w:val="71808D"/>
                <w:sz w:val="16"/>
              </w:rPr>
              <w:t>[Results and defects]</w:t>
            </w:r>
          </w:p>
        </w:tc>
      </w:tr>
      <w:tr>
        <w:tc>
          <w:tcPr>
            <w:tcW w:type="dxa" w:w="2088"/>
            <w:tcMar>
              <w:top w:w="75" w:type="dxa"/>
              <w:start w:w="75" w:type="dxa"/>
              <w:bottom w:w="75" w:type="dxa"/>
              <w:end w:w="75" w:type="dxa"/>
            </w:tcMar>
          </w:tcPr>
          <w:p>
            <w:pPr>
              <w:spacing w:after="0"/>
            </w:pPr>
            <w:r>
              <w:rPr>
                <w:rFonts w:ascii="Arimo" w:hAnsi="Arimo" w:eastAsia="Arimo"/>
                <w:i w:val="0"/>
                <w:color w:val="263238"/>
                <w:sz w:val="16"/>
              </w:rPr>
              <w:t>5. Evaluation</w:t>
            </w:r>
          </w:p>
        </w:tc>
        <w:tc>
          <w:tcPr>
            <w:tcW w:type="dxa" w:w="5328"/>
            <w:tcMar>
              <w:top w:w="75" w:type="dxa"/>
              <w:start w:w="75" w:type="dxa"/>
              <w:bottom w:w="75" w:type="dxa"/>
              <w:end w:w="75" w:type="dxa"/>
            </w:tcMar>
          </w:tcPr>
          <w:p>
            <w:pPr>
              <w:spacing w:after="0"/>
            </w:pPr>
            <w:r>
              <w:rPr>
                <w:rFonts w:ascii="Arimo" w:hAnsi="Arimo" w:eastAsia="Arimo"/>
                <w:i/>
                <w:color w:val="71808D"/>
                <w:sz w:val="16"/>
              </w:rPr>
              <w:t>[Compare against criteria / baseline]</w:t>
            </w:r>
          </w:p>
        </w:tc>
        <w:tc>
          <w:tcPr>
            <w:tcW w:type="dxa" w:w="2376"/>
            <w:tcMar>
              <w:top w:w="75" w:type="dxa"/>
              <w:start w:w="75" w:type="dxa"/>
              <w:bottom w:w="75" w:type="dxa"/>
              <w:end w:w="75" w:type="dxa"/>
            </w:tcMar>
          </w:tcPr>
          <w:p>
            <w:pPr>
              <w:spacing w:after="0"/>
            </w:pPr>
            <w:r>
              <w:rPr>
                <w:rFonts w:ascii="Arimo" w:hAnsi="Arimo" w:eastAsia="Arimo"/>
                <w:i/>
                <w:color w:val="71808D"/>
                <w:sz w:val="16"/>
              </w:rPr>
              <w:t>[Measured performance]</w:t>
            </w:r>
          </w:p>
        </w:tc>
      </w:tr>
      <w:tr>
        <w:tc>
          <w:tcPr>
            <w:tcW w:type="dxa" w:w="2088"/>
            <w:tcMar>
              <w:top w:w="75" w:type="dxa"/>
              <w:start w:w="75" w:type="dxa"/>
              <w:bottom w:w="75" w:type="dxa"/>
              <w:end w:w="75" w:type="dxa"/>
            </w:tcMar>
            <w:shd w:fill="FAFBFC"/>
          </w:tcPr>
          <w:p>
            <w:pPr>
              <w:spacing w:after="0"/>
            </w:pPr>
            <w:r>
              <w:rPr>
                <w:rFonts w:ascii="Arimo" w:hAnsi="Arimo" w:eastAsia="Arimo"/>
                <w:i w:val="0"/>
                <w:color w:val="263238"/>
                <w:sz w:val="16"/>
              </w:rPr>
              <w:t>6. Refinement</w:t>
            </w:r>
          </w:p>
        </w:tc>
        <w:tc>
          <w:tcPr>
            <w:tcW w:type="dxa" w:w="5328"/>
            <w:tcMar>
              <w:top w:w="75" w:type="dxa"/>
              <w:start w:w="75" w:type="dxa"/>
              <w:bottom w:w="75" w:type="dxa"/>
              <w:end w:w="75" w:type="dxa"/>
            </w:tcMar>
            <w:shd w:fill="FAFBFC"/>
          </w:tcPr>
          <w:p>
            <w:pPr>
              <w:spacing w:after="0"/>
            </w:pPr>
            <w:r>
              <w:rPr>
                <w:rFonts w:ascii="Arimo" w:hAnsi="Arimo" w:eastAsia="Arimo"/>
                <w:i/>
                <w:color w:val="71808D"/>
                <w:sz w:val="16"/>
              </w:rPr>
              <w:t>[Improve based on test results]</w:t>
            </w:r>
          </w:p>
        </w:tc>
        <w:tc>
          <w:tcPr>
            <w:tcW w:type="dxa" w:w="2376"/>
            <w:tcMar>
              <w:top w:w="75" w:type="dxa"/>
              <w:start w:w="75" w:type="dxa"/>
              <w:bottom w:w="75" w:type="dxa"/>
              <w:end w:w="75" w:type="dxa"/>
            </w:tcMar>
            <w:shd w:fill="FAFBFC"/>
          </w:tcPr>
          <w:p>
            <w:pPr>
              <w:spacing w:after="0"/>
            </w:pPr>
            <w:r>
              <w:rPr>
                <w:rFonts w:ascii="Arimo" w:hAnsi="Arimo" w:eastAsia="Arimo"/>
                <w:i/>
                <w:color w:val="71808D"/>
                <w:sz w:val="16"/>
              </w:rPr>
              <w:t>[Final build]</w:t>
            </w:r>
          </w:p>
        </w:tc>
      </w:tr>
    </w:tbl>
    <w:p>
      <w:pPr>
        <w:spacing w:after="40"/>
      </w:pPr>
    </w:p>
    <w:p>
      <w:pPr>
        <w:spacing w:after="60" w:line="269" w:lineRule="auto"/>
      </w:pPr>
      <w:r>
        <w:rPr>
          <w:rFonts w:ascii="Arimo" w:hAnsi="Arimo" w:eastAsia="Arimo"/>
          <w:b/>
          <w:i w:val="0"/>
          <w:color w:val="17324D"/>
          <w:sz w:val="22"/>
        </w:rPr>
        <w:t>6.2 Data / Experimental Design (if applicable)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3168"/>
            <w:shd w:fill="17324D"/>
            <w:tcMar>
              <w:top w:w="80" w:type="dxa"/>
              <w:start w:w="80" w:type="dxa"/>
              <w:bottom w:w="80" w:type="dxa"/>
              <w:end w:w="80" w:type="dxa"/>
            </w:tcMar>
          </w:tcPr>
          <w:p>
            <w:pPr>
              <w:spacing w:after="0"/>
              <w:jc w:val="center"/>
            </w:pPr>
            <w:r>
              <w:rPr>
                <w:rFonts w:ascii="Arimo" w:hAnsi="Arimo" w:eastAsia="Arimo"/>
                <w:b/>
                <w:color w:val="FFFFFF"/>
                <w:sz w:val="16"/>
              </w:rPr>
              <w:t>Item</w:t>
            </w:r>
          </w:p>
        </w:tc>
        <w:tc>
          <w:tcPr>
            <w:tcW w:type="dxa" w:w="6623"/>
            <w:shd w:fill="17324D"/>
            <w:tcMar>
              <w:top w:w="80" w:type="dxa"/>
              <w:start w:w="80" w:type="dxa"/>
              <w:bottom w:w="80" w:type="dxa"/>
              <w:end w:w="80" w:type="dxa"/>
            </w:tcMar>
          </w:tcPr>
          <w:p>
            <w:pPr>
              <w:spacing w:after="0"/>
              <w:jc w:val="center"/>
            </w:pPr>
            <w:r>
              <w:rPr>
                <w:rFonts w:ascii="Arimo" w:hAnsi="Arimo" w:eastAsia="Arimo"/>
                <w:b/>
                <w:color w:val="FFFFFF"/>
                <w:sz w:val="16"/>
              </w:rPr>
              <w:t>Details</w:t>
            </w:r>
          </w:p>
        </w:tc>
      </w:tr>
      <w:tr>
        <w:tc>
          <w:tcPr>
            <w:tcW w:type="dxa" w:w="3168"/>
            <w:tcMar>
              <w:top w:w="75" w:type="dxa"/>
              <w:start w:w="75" w:type="dxa"/>
              <w:bottom w:w="75" w:type="dxa"/>
              <w:end w:w="75" w:type="dxa"/>
            </w:tcMar>
          </w:tcPr>
          <w:p>
            <w:pPr>
              <w:spacing w:after="0"/>
            </w:pPr>
            <w:r>
              <w:rPr>
                <w:rFonts w:ascii="Arimo" w:hAnsi="Arimo" w:eastAsia="Arimo"/>
                <w:i w:val="0"/>
                <w:color w:val="263238"/>
                <w:sz w:val="16"/>
              </w:rPr>
              <w:t>Dataset / Sample / Test Specimen</w:t>
            </w:r>
          </w:p>
        </w:tc>
        <w:tc>
          <w:tcPr>
            <w:tcW w:type="dxa" w:w="6623"/>
            <w:tcMar>
              <w:top w:w="75" w:type="dxa"/>
              <w:start w:w="75" w:type="dxa"/>
              <w:bottom w:w="75" w:type="dxa"/>
              <w:end w:w="75" w:type="dxa"/>
            </w:tcMar>
          </w:tcPr>
          <w:p>
            <w:pPr>
              <w:spacing w:after="0"/>
            </w:pPr>
            <w:r>
              <w:rPr>
                <w:rFonts w:ascii="Arimo" w:hAnsi="Arimo" w:eastAsia="Arimo"/>
                <w:i/>
                <w:color w:val="71808D"/>
                <w:sz w:val="16"/>
              </w:rPr>
              <w:t>[Name, source, size, population, material, equipment]</w:t>
            </w:r>
          </w:p>
        </w:tc>
      </w:tr>
      <w:tr>
        <w:tc>
          <w:tcPr>
            <w:tcW w:type="dxa" w:w="3168"/>
            <w:tcMar>
              <w:top w:w="75" w:type="dxa"/>
              <w:start w:w="75" w:type="dxa"/>
              <w:bottom w:w="75" w:type="dxa"/>
              <w:end w:w="75" w:type="dxa"/>
            </w:tcMar>
            <w:shd w:fill="FAFBFC"/>
          </w:tcPr>
          <w:p>
            <w:pPr>
              <w:spacing w:after="0"/>
            </w:pPr>
            <w:r>
              <w:rPr>
                <w:rFonts w:ascii="Arimo" w:hAnsi="Arimo" w:eastAsia="Arimo"/>
                <w:i w:val="0"/>
                <w:color w:val="263238"/>
                <w:sz w:val="16"/>
              </w:rPr>
              <w:t>Input Variables</w:t>
            </w:r>
          </w:p>
        </w:tc>
        <w:tc>
          <w:tcPr>
            <w:tcW w:type="dxa" w:w="6623"/>
            <w:tcMar>
              <w:top w:w="75" w:type="dxa"/>
              <w:start w:w="75" w:type="dxa"/>
              <w:bottom w:w="75" w:type="dxa"/>
              <w:end w:w="75" w:type="dxa"/>
            </w:tcMar>
            <w:shd w:fill="FAFBFC"/>
          </w:tcPr>
          <w:p>
            <w:pPr>
              <w:spacing w:after="0"/>
            </w:pPr>
            <w:r>
              <w:rPr>
                <w:rFonts w:ascii="Arimo" w:hAnsi="Arimo" w:eastAsia="Arimo"/>
                <w:i/>
                <w:color w:val="71808D"/>
                <w:sz w:val="16"/>
              </w:rPr>
              <w:t>[Features / operating conditions / factors]</w:t>
            </w:r>
          </w:p>
        </w:tc>
      </w:tr>
      <w:tr>
        <w:tc>
          <w:tcPr>
            <w:tcW w:type="dxa" w:w="3168"/>
            <w:tcMar>
              <w:top w:w="75" w:type="dxa"/>
              <w:start w:w="75" w:type="dxa"/>
              <w:bottom w:w="75" w:type="dxa"/>
              <w:end w:w="75" w:type="dxa"/>
            </w:tcMar>
          </w:tcPr>
          <w:p>
            <w:pPr>
              <w:spacing w:after="0"/>
            </w:pPr>
            <w:r>
              <w:rPr>
                <w:rFonts w:ascii="Arimo" w:hAnsi="Arimo" w:eastAsia="Arimo"/>
                <w:i w:val="0"/>
                <w:color w:val="263238"/>
                <w:sz w:val="16"/>
              </w:rPr>
              <w:t>Output Variables</w:t>
            </w:r>
          </w:p>
        </w:tc>
        <w:tc>
          <w:tcPr>
            <w:tcW w:type="dxa" w:w="6623"/>
            <w:tcMar>
              <w:top w:w="75" w:type="dxa"/>
              <w:start w:w="75" w:type="dxa"/>
              <w:bottom w:w="75" w:type="dxa"/>
              <w:end w:w="75" w:type="dxa"/>
            </w:tcMar>
          </w:tcPr>
          <w:p>
            <w:pPr>
              <w:spacing w:after="0"/>
            </w:pPr>
            <w:r>
              <w:rPr>
                <w:rFonts w:ascii="Arimo" w:hAnsi="Arimo" w:eastAsia="Arimo"/>
                <w:i/>
                <w:color w:val="71808D"/>
                <w:sz w:val="16"/>
              </w:rPr>
              <w:t>[Targets / responses / measurements]</w:t>
            </w:r>
          </w:p>
        </w:tc>
      </w:tr>
      <w:tr>
        <w:tc>
          <w:tcPr>
            <w:tcW w:type="dxa" w:w="3168"/>
            <w:tcMar>
              <w:top w:w="75" w:type="dxa"/>
              <w:start w:w="75" w:type="dxa"/>
              <w:bottom w:w="75" w:type="dxa"/>
              <w:end w:w="75" w:type="dxa"/>
            </w:tcMar>
            <w:shd w:fill="FAFBFC"/>
          </w:tcPr>
          <w:p>
            <w:pPr>
              <w:spacing w:after="0"/>
            </w:pPr>
            <w:r>
              <w:rPr>
                <w:rFonts w:ascii="Arimo" w:hAnsi="Arimo" w:eastAsia="Arimo"/>
                <w:i w:val="0"/>
                <w:color w:val="263238"/>
                <w:sz w:val="16"/>
              </w:rPr>
              <w:t>Train/Test or Experiment Split</w:t>
            </w:r>
          </w:p>
        </w:tc>
        <w:tc>
          <w:tcPr>
            <w:tcW w:type="dxa" w:w="6623"/>
            <w:tcMar>
              <w:top w:w="75" w:type="dxa"/>
              <w:start w:w="75" w:type="dxa"/>
              <w:bottom w:w="75" w:type="dxa"/>
              <w:end w:w="75" w:type="dxa"/>
            </w:tcMar>
            <w:shd w:fill="FAFBFC"/>
          </w:tcPr>
          <w:p>
            <w:pPr>
              <w:spacing w:after="0"/>
            </w:pPr>
            <w:r>
              <w:rPr>
                <w:rFonts w:ascii="Arimo" w:hAnsi="Arimo" w:eastAsia="Arimo"/>
                <w:i/>
                <w:color w:val="71808D"/>
                <w:sz w:val="16"/>
              </w:rPr>
              <w:t>[Procedure]</w:t>
            </w:r>
          </w:p>
        </w:tc>
      </w:tr>
      <w:tr>
        <w:tc>
          <w:tcPr>
            <w:tcW w:type="dxa" w:w="3168"/>
            <w:tcMar>
              <w:top w:w="75" w:type="dxa"/>
              <w:start w:w="75" w:type="dxa"/>
              <w:bottom w:w="75" w:type="dxa"/>
              <w:end w:w="75" w:type="dxa"/>
            </w:tcMar>
          </w:tcPr>
          <w:p>
            <w:pPr>
              <w:spacing w:after="0"/>
            </w:pPr>
            <w:r>
              <w:rPr>
                <w:rFonts w:ascii="Arimo" w:hAnsi="Arimo" w:eastAsia="Arimo"/>
                <w:i w:val="0"/>
                <w:color w:val="263238"/>
                <w:sz w:val="16"/>
              </w:rPr>
              <w:t>Baseline / Control</w:t>
            </w:r>
          </w:p>
        </w:tc>
        <w:tc>
          <w:tcPr>
            <w:tcW w:type="dxa" w:w="6623"/>
            <w:tcMar>
              <w:top w:w="75" w:type="dxa"/>
              <w:start w:w="75" w:type="dxa"/>
              <w:bottom w:w="75" w:type="dxa"/>
              <w:end w:w="75" w:type="dxa"/>
            </w:tcMar>
          </w:tcPr>
          <w:p>
            <w:pPr>
              <w:spacing w:after="0"/>
            </w:pPr>
            <w:r>
              <w:rPr>
                <w:rFonts w:ascii="Arimo" w:hAnsi="Arimo" w:eastAsia="Arimo"/>
                <w:i/>
                <w:color w:val="71808D"/>
                <w:sz w:val="16"/>
              </w:rPr>
              <w:t>[What comparison will be used?]</w:t>
            </w:r>
          </w:p>
        </w:tc>
      </w:tr>
      <w:tr>
        <w:tc>
          <w:tcPr>
            <w:tcW w:type="dxa" w:w="3168"/>
            <w:tcMar>
              <w:top w:w="75" w:type="dxa"/>
              <w:start w:w="75" w:type="dxa"/>
              <w:bottom w:w="75" w:type="dxa"/>
              <w:end w:w="75" w:type="dxa"/>
            </w:tcMar>
            <w:shd w:fill="FAFBFC"/>
          </w:tcPr>
          <w:p>
            <w:pPr>
              <w:spacing w:after="0"/>
            </w:pPr>
            <w:r>
              <w:rPr>
                <w:rFonts w:ascii="Arimo" w:hAnsi="Arimo" w:eastAsia="Arimo"/>
                <w:i w:val="0"/>
                <w:color w:val="263238"/>
                <w:sz w:val="16"/>
              </w:rPr>
              <w:t>Repetitions / Validation</w:t>
            </w:r>
          </w:p>
        </w:tc>
        <w:tc>
          <w:tcPr>
            <w:tcW w:type="dxa" w:w="6623"/>
            <w:tcMar>
              <w:top w:w="75" w:type="dxa"/>
              <w:start w:w="75" w:type="dxa"/>
              <w:bottom w:w="75" w:type="dxa"/>
              <w:end w:w="75" w:type="dxa"/>
            </w:tcMar>
            <w:shd w:fill="FAFBFC"/>
          </w:tcPr>
          <w:p>
            <w:pPr>
              <w:spacing w:after="0"/>
            </w:pPr>
            <w:r>
              <w:rPr>
                <w:rFonts w:ascii="Arimo" w:hAnsi="Arimo" w:eastAsia="Arimo"/>
                <w:i/>
                <w:color w:val="71808D"/>
                <w:sz w:val="16"/>
              </w:rPr>
              <w:t>[Cross-validation, repeated trials, tolerance]</w:t>
            </w:r>
          </w:p>
        </w:tc>
      </w:tr>
    </w:tbl>
    <w:p>
      <w:pPr>
        <w:spacing w:after="40"/>
      </w:pPr>
    </w:p>
    <w:p>
      <w:pPr>
        <w:spacing w:after="60" w:line="269" w:lineRule="auto"/>
      </w:pPr>
      <w:r>
        <w:rPr>
          <w:rFonts w:ascii="Arimo" w:hAnsi="Arimo" w:eastAsia="Arimo"/>
          <w:b/>
          <w:i w:val="0"/>
          <w:color w:val="17324D"/>
          <w:sz w:val="22"/>
        </w:rPr>
        <w:t>6.3 Tools &amp; Technology Stack</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376"/>
            <w:shd w:fill="17324D"/>
            <w:tcMar>
              <w:top w:w="80" w:type="dxa"/>
              <w:start w:w="80" w:type="dxa"/>
              <w:bottom w:w="80" w:type="dxa"/>
              <w:end w:w="80" w:type="dxa"/>
            </w:tcMar>
          </w:tcPr>
          <w:p>
            <w:pPr>
              <w:spacing w:after="0"/>
              <w:jc w:val="center"/>
            </w:pPr>
            <w:r>
              <w:rPr>
                <w:rFonts w:ascii="Arimo" w:hAnsi="Arimo" w:eastAsia="Arimo"/>
                <w:b/>
                <w:color w:val="FFFFFF"/>
                <w:sz w:val="16"/>
              </w:rPr>
              <w:t>Category</w:t>
            </w:r>
          </w:p>
        </w:tc>
        <w:tc>
          <w:tcPr>
            <w:tcW w:type="dxa" w:w="3888"/>
            <w:shd w:fill="17324D"/>
            <w:tcMar>
              <w:top w:w="80" w:type="dxa"/>
              <w:start w:w="80" w:type="dxa"/>
              <w:bottom w:w="80" w:type="dxa"/>
              <w:end w:w="80" w:type="dxa"/>
            </w:tcMar>
          </w:tcPr>
          <w:p>
            <w:pPr>
              <w:spacing w:after="0"/>
              <w:jc w:val="center"/>
            </w:pPr>
            <w:r>
              <w:rPr>
                <w:rFonts w:ascii="Arimo" w:hAnsi="Arimo" w:eastAsia="Arimo"/>
                <w:b/>
                <w:color w:val="FFFFFF"/>
                <w:sz w:val="16"/>
              </w:rPr>
              <w:t>Tool / Technology</w:t>
            </w:r>
          </w:p>
        </w:tc>
        <w:tc>
          <w:tcPr>
            <w:tcW w:type="dxa" w:w="3528"/>
            <w:shd w:fill="17324D"/>
            <w:tcMar>
              <w:top w:w="80" w:type="dxa"/>
              <w:start w:w="80" w:type="dxa"/>
              <w:bottom w:w="80" w:type="dxa"/>
              <w:end w:w="80" w:type="dxa"/>
            </w:tcMar>
          </w:tcPr>
          <w:p>
            <w:pPr>
              <w:spacing w:after="0"/>
              <w:jc w:val="center"/>
            </w:pPr>
            <w:r>
              <w:rPr>
                <w:rFonts w:ascii="Arimo" w:hAnsi="Arimo" w:eastAsia="Arimo"/>
                <w:b/>
                <w:color w:val="FFFFFF"/>
                <w:sz w:val="16"/>
              </w:rPr>
              <w:t>Purpose</w:t>
            </w:r>
          </w:p>
        </w:tc>
      </w:tr>
      <w:tr>
        <w:tc>
          <w:tcPr>
            <w:tcW w:type="dxa" w:w="2376"/>
            <w:tcMar>
              <w:top w:w="75" w:type="dxa"/>
              <w:start w:w="75" w:type="dxa"/>
              <w:bottom w:w="75" w:type="dxa"/>
              <w:end w:w="75" w:type="dxa"/>
            </w:tcMar>
          </w:tcPr>
          <w:p>
            <w:pPr>
              <w:spacing w:after="0"/>
            </w:pPr>
            <w:r>
              <w:rPr>
                <w:rFonts w:ascii="Arimo" w:hAnsi="Arimo" w:eastAsia="Arimo"/>
                <w:i w:val="0"/>
                <w:color w:val="263238"/>
                <w:sz w:val="16"/>
              </w:rPr>
              <w:t>Programming / Software</w:t>
            </w:r>
          </w:p>
        </w:tc>
        <w:tc>
          <w:tcPr>
            <w:tcW w:type="dxa" w:w="3888"/>
            <w:tcMar>
              <w:top w:w="75" w:type="dxa"/>
              <w:start w:w="75" w:type="dxa"/>
              <w:bottom w:w="75" w:type="dxa"/>
              <w:end w:w="75" w:type="dxa"/>
            </w:tcMar>
          </w:tcPr>
          <w:p>
            <w:pPr>
              <w:spacing w:after="0"/>
            </w:pPr>
            <w:r>
              <w:rPr>
                <w:rFonts w:ascii="Arimo" w:hAnsi="Arimo" w:eastAsia="Arimo"/>
                <w:i/>
                <w:color w:val="71808D"/>
                <w:sz w:val="16"/>
              </w:rPr>
              <w:t>[Python / MATLAB / CAD / etc.]</w:t>
            </w:r>
          </w:p>
        </w:tc>
        <w:tc>
          <w:tcPr>
            <w:tcW w:type="dxa" w:w="3528"/>
            <w:tcMar>
              <w:top w:w="75" w:type="dxa"/>
              <w:start w:w="75" w:type="dxa"/>
              <w:bottom w:w="75" w:type="dxa"/>
              <w:end w:w="75" w:type="dxa"/>
            </w:tcMar>
          </w:tcPr>
          <w:p>
            <w:pPr>
              <w:spacing w:after="0"/>
            </w:pPr>
            <w:r>
              <w:rPr>
                <w:rFonts w:ascii="Arimo" w:hAnsi="Arimo" w:eastAsia="Arimo"/>
                <w:i/>
                <w:color w:val="71808D"/>
                <w:sz w:val="16"/>
              </w:rPr>
              <w:t>[Purpose]</w:t>
            </w:r>
          </w:p>
        </w:tc>
      </w:tr>
      <w:tr>
        <w:tc>
          <w:tcPr>
            <w:tcW w:type="dxa" w:w="2376"/>
            <w:tcMar>
              <w:top w:w="75" w:type="dxa"/>
              <w:start w:w="75" w:type="dxa"/>
              <w:bottom w:w="75" w:type="dxa"/>
              <w:end w:w="75" w:type="dxa"/>
            </w:tcMar>
            <w:shd w:fill="FAFBFC"/>
          </w:tcPr>
          <w:p>
            <w:pPr>
              <w:spacing w:after="0"/>
            </w:pPr>
            <w:r>
              <w:rPr>
                <w:rFonts w:ascii="Arimo" w:hAnsi="Arimo" w:eastAsia="Arimo"/>
                <w:i w:val="0"/>
                <w:color w:val="263238"/>
                <w:sz w:val="16"/>
              </w:rPr>
              <w:t>Framework / Library</w:t>
            </w:r>
          </w:p>
        </w:tc>
        <w:tc>
          <w:tcPr>
            <w:tcW w:type="dxa" w:w="3888"/>
            <w:tcMar>
              <w:top w:w="75" w:type="dxa"/>
              <w:start w:w="75" w:type="dxa"/>
              <w:bottom w:w="75" w:type="dxa"/>
              <w:end w:w="75" w:type="dxa"/>
            </w:tcMar>
            <w:shd w:fill="FAFBFC"/>
          </w:tcPr>
          <w:p>
            <w:pPr>
              <w:spacing w:after="0"/>
            </w:pPr>
            <w:r>
              <w:rPr>
                <w:rFonts w:ascii="Arimo" w:hAnsi="Arimo" w:eastAsia="Arimo"/>
                <w:i/>
                <w:color w:val="71808D"/>
                <w:sz w:val="16"/>
              </w:rPr>
              <w:t>[Name + version if known]</w:t>
            </w:r>
          </w:p>
        </w:tc>
        <w:tc>
          <w:tcPr>
            <w:tcW w:type="dxa" w:w="3528"/>
            <w:tcMar>
              <w:top w:w="75" w:type="dxa"/>
              <w:start w:w="75" w:type="dxa"/>
              <w:bottom w:w="75" w:type="dxa"/>
              <w:end w:w="75" w:type="dxa"/>
            </w:tcMar>
            <w:shd w:fill="FAFBFC"/>
          </w:tcPr>
          <w:p>
            <w:pPr>
              <w:spacing w:after="0"/>
            </w:pPr>
            <w:r>
              <w:rPr>
                <w:rFonts w:ascii="Arimo" w:hAnsi="Arimo" w:eastAsia="Arimo"/>
                <w:i/>
                <w:color w:val="71808D"/>
                <w:sz w:val="16"/>
              </w:rPr>
              <w:t>[Purpose]</w:t>
            </w:r>
          </w:p>
        </w:tc>
      </w:tr>
      <w:tr>
        <w:tc>
          <w:tcPr>
            <w:tcW w:type="dxa" w:w="2376"/>
            <w:tcMar>
              <w:top w:w="75" w:type="dxa"/>
              <w:start w:w="75" w:type="dxa"/>
              <w:bottom w:w="75" w:type="dxa"/>
              <w:end w:w="75" w:type="dxa"/>
            </w:tcMar>
          </w:tcPr>
          <w:p>
            <w:pPr>
              <w:spacing w:after="0"/>
            </w:pPr>
            <w:r>
              <w:rPr>
                <w:rFonts w:ascii="Arimo" w:hAnsi="Arimo" w:eastAsia="Arimo"/>
                <w:i w:val="0"/>
                <w:color w:val="263238"/>
                <w:sz w:val="16"/>
              </w:rPr>
              <w:t>Hardware / Instrument</w:t>
            </w:r>
          </w:p>
        </w:tc>
        <w:tc>
          <w:tcPr>
            <w:tcW w:type="dxa" w:w="3888"/>
            <w:tcMar>
              <w:top w:w="75" w:type="dxa"/>
              <w:start w:w="75" w:type="dxa"/>
              <w:bottom w:w="75" w:type="dxa"/>
              <w:end w:w="75" w:type="dxa"/>
            </w:tcMar>
          </w:tcPr>
          <w:p>
            <w:pPr>
              <w:spacing w:after="0"/>
            </w:pPr>
            <w:r>
              <w:rPr>
                <w:rFonts w:ascii="Arimo" w:hAnsi="Arimo" w:eastAsia="Arimo"/>
                <w:i/>
                <w:color w:val="71808D"/>
                <w:sz w:val="16"/>
              </w:rPr>
              <w:t>[Controller / sensor / equipment]</w:t>
            </w:r>
          </w:p>
        </w:tc>
        <w:tc>
          <w:tcPr>
            <w:tcW w:type="dxa" w:w="3528"/>
            <w:tcMar>
              <w:top w:w="75" w:type="dxa"/>
              <w:start w:w="75" w:type="dxa"/>
              <w:bottom w:w="75" w:type="dxa"/>
              <w:end w:w="75" w:type="dxa"/>
            </w:tcMar>
          </w:tcPr>
          <w:p>
            <w:pPr>
              <w:spacing w:after="0"/>
            </w:pPr>
            <w:r>
              <w:rPr>
                <w:rFonts w:ascii="Arimo" w:hAnsi="Arimo" w:eastAsia="Arimo"/>
                <w:i/>
                <w:color w:val="71808D"/>
                <w:sz w:val="16"/>
              </w:rPr>
              <w:t>[Purpose]</w:t>
            </w:r>
          </w:p>
        </w:tc>
      </w:tr>
      <w:tr>
        <w:tc>
          <w:tcPr>
            <w:tcW w:type="dxa" w:w="2376"/>
            <w:tcMar>
              <w:top w:w="75" w:type="dxa"/>
              <w:start w:w="75" w:type="dxa"/>
              <w:bottom w:w="75" w:type="dxa"/>
              <w:end w:w="75" w:type="dxa"/>
            </w:tcMar>
            <w:shd w:fill="FAFBFC"/>
          </w:tcPr>
          <w:p>
            <w:pPr>
              <w:spacing w:after="0"/>
            </w:pPr>
            <w:r>
              <w:rPr>
                <w:rFonts w:ascii="Arimo" w:hAnsi="Arimo" w:eastAsia="Arimo"/>
                <w:i w:val="0"/>
                <w:color w:val="263238"/>
                <w:sz w:val="16"/>
              </w:rPr>
              <w:t>Data / Platform</w:t>
            </w:r>
          </w:p>
        </w:tc>
        <w:tc>
          <w:tcPr>
            <w:tcW w:type="dxa" w:w="3888"/>
            <w:tcMar>
              <w:top w:w="75" w:type="dxa"/>
              <w:start w:w="75" w:type="dxa"/>
              <w:bottom w:w="75" w:type="dxa"/>
              <w:end w:w="75" w:type="dxa"/>
            </w:tcMar>
            <w:shd w:fill="FAFBFC"/>
          </w:tcPr>
          <w:p>
            <w:pPr>
              <w:spacing w:after="0"/>
            </w:pPr>
            <w:r>
              <w:rPr>
                <w:rFonts w:ascii="Arimo" w:hAnsi="Arimo" w:eastAsia="Arimo"/>
                <w:i/>
                <w:color w:val="71808D"/>
                <w:sz w:val="16"/>
              </w:rPr>
              <w:t>[Dataset / cloud / repository]</w:t>
            </w:r>
          </w:p>
        </w:tc>
        <w:tc>
          <w:tcPr>
            <w:tcW w:type="dxa" w:w="3528"/>
            <w:tcMar>
              <w:top w:w="75" w:type="dxa"/>
              <w:start w:w="75" w:type="dxa"/>
              <w:bottom w:w="75" w:type="dxa"/>
              <w:end w:w="75" w:type="dxa"/>
            </w:tcMar>
            <w:shd w:fill="FAFBFC"/>
          </w:tcPr>
          <w:p>
            <w:pPr>
              <w:spacing w:after="0"/>
            </w:pPr>
            <w:r>
              <w:rPr>
                <w:rFonts w:ascii="Arimo" w:hAnsi="Arimo" w:eastAsia="Arimo"/>
                <w:i/>
                <w:color w:val="71808D"/>
                <w:sz w:val="16"/>
              </w:rPr>
              <w:t>[Purpose]</w:t>
            </w:r>
          </w:p>
        </w:tc>
      </w:tr>
    </w:tbl>
    <w:p>
      <w:pPr>
        <w:spacing w:after="40"/>
      </w:pPr>
    </w:p>
    <w:p>
      <w:pPr>
        <w:pageBreakBefore/>
        <w:spacing w:after="40"/>
      </w:pPr>
      <w:r>
        <w:rPr>
          <w:rFonts w:ascii="Arimo" w:hAnsi="Arimo" w:eastAsia="Arimo"/>
          <w:b/>
          <w:color w:val="F28C28"/>
          <w:sz w:val="16"/>
        </w:rPr>
        <w:t>RESOURCES</w:t>
      </w:r>
    </w:p>
    <w:p>
      <w:pPr>
        <w:spacing w:before="40" w:after="140"/>
        <w:keepNext/>
        <w:pBdr>
          <w:bottom w:val="single" w:sz="7" w:space="4" w:color="C9D8E5"/>
        </w:pBdr>
      </w:pPr>
      <w:r>
        <w:rPr>
          <w:rFonts w:ascii="Arimo" w:hAnsi="Arimo" w:eastAsia="Arimo"/>
          <w:b/>
          <w:color w:val="F28C28"/>
          <w:sz w:val="30"/>
        </w:rPr>
        <w:t xml:space="preserve">7  </w:t>
      </w:r>
      <w:r>
        <w:rPr>
          <w:rFonts w:ascii="Arimo" w:hAnsi="Arimo" w:eastAsia="Arimo"/>
          <w:b/>
          <w:color w:val="17324D"/>
          <w:sz w:val="30"/>
        </w:rPr>
        <w:t>Requirements, Resources &amp; Responsibilities</w:t>
      </w:r>
    </w:p>
    <w:p>
      <w:pPr>
        <w:spacing w:after="160"/>
      </w:pPr>
      <w:r>
        <w:rPr>
          <w:rFonts w:ascii="Arimo" w:hAnsi="Arimo" w:eastAsia="Arimo"/>
          <w:i/>
          <w:color w:val="5F6B76"/>
          <w:sz w:val="19"/>
        </w:rPr>
        <w:t>Confirm that the inputs required for the project are realistically available before approval.</w:t>
      </w:r>
    </w:p>
    <w:p>
      <w:pPr>
        <w:spacing w:after="60" w:line="269" w:lineRule="auto"/>
      </w:pPr>
      <w:r>
        <w:rPr>
          <w:rFonts w:ascii="Arimo" w:hAnsi="Arimo" w:eastAsia="Arimo"/>
          <w:b/>
          <w:i w:val="0"/>
          <w:color w:val="17324D"/>
          <w:sz w:val="22"/>
        </w:rPr>
        <w:t>7.1 Functional Requirements</w:t>
      </w:r>
    </w:p>
    <w:tbl>
      <w:tblPr>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080"/>
            <w:shd w:fill="17324D"/>
            <w:tcMar>
              <w:top w:w="80" w:type="dxa"/>
              <w:start w:w="80" w:type="dxa"/>
              <w:bottom w:w="80" w:type="dxa"/>
              <w:end w:w="80" w:type="dxa"/>
            </w:tcMar>
          </w:tcPr>
          <w:p>
            <w:pPr>
              <w:spacing w:after="0"/>
              <w:jc w:val="center"/>
            </w:pPr>
            <w:r>
              <w:rPr>
                <w:rFonts w:ascii="Arimo" w:hAnsi="Arimo" w:eastAsia="Arimo"/>
                <w:b/>
                <w:color w:val="FFFFFF"/>
                <w:sz w:val="16"/>
              </w:rPr>
              <w:t>ID</w:t>
            </w:r>
          </w:p>
        </w:tc>
        <w:tc>
          <w:tcPr>
            <w:tcW w:type="dxa" w:w="4752"/>
            <w:shd w:fill="17324D"/>
            <w:tcMar>
              <w:top w:w="80" w:type="dxa"/>
              <w:start w:w="80" w:type="dxa"/>
              <w:bottom w:w="80" w:type="dxa"/>
              <w:end w:w="80" w:type="dxa"/>
            </w:tcMar>
          </w:tcPr>
          <w:p>
            <w:pPr>
              <w:spacing w:after="0"/>
              <w:jc w:val="center"/>
            </w:pPr>
            <w:r>
              <w:rPr>
                <w:rFonts w:ascii="Arimo" w:hAnsi="Arimo" w:eastAsia="Arimo"/>
                <w:b/>
                <w:color w:val="FFFFFF"/>
                <w:sz w:val="16"/>
              </w:rPr>
              <w:t>Requirement</w:t>
            </w:r>
          </w:p>
        </w:tc>
        <w:tc>
          <w:tcPr>
            <w:tcW w:type="dxa" w:w="1440"/>
            <w:shd w:fill="17324D"/>
            <w:tcMar>
              <w:top w:w="80" w:type="dxa"/>
              <w:start w:w="80" w:type="dxa"/>
              <w:bottom w:w="80" w:type="dxa"/>
              <w:end w:w="80" w:type="dxa"/>
            </w:tcMar>
          </w:tcPr>
          <w:p>
            <w:pPr>
              <w:spacing w:after="0"/>
              <w:jc w:val="center"/>
            </w:pPr>
            <w:r>
              <w:rPr>
                <w:rFonts w:ascii="Arimo" w:hAnsi="Arimo" w:eastAsia="Arimo"/>
                <w:b/>
                <w:color w:val="FFFFFF"/>
                <w:sz w:val="16"/>
              </w:rPr>
              <w:t>Priority</w:t>
            </w:r>
          </w:p>
        </w:tc>
        <w:tc>
          <w:tcPr>
            <w:tcW w:type="dxa" w:w="2520"/>
            <w:shd w:fill="17324D"/>
            <w:tcMar>
              <w:top w:w="80" w:type="dxa"/>
              <w:start w:w="80" w:type="dxa"/>
              <w:bottom w:w="80" w:type="dxa"/>
              <w:end w:w="80" w:type="dxa"/>
            </w:tcMar>
          </w:tcPr>
          <w:p>
            <w:pPr>
              <w:spacing w:after="0"/>
              <w:jc w:val="center"/>
            </w:pPr>
            <w:r>
              <w:rPr>
                <w:rFonts w:ascii="Arimo" w:hAnsi="Arimo" w:eastAsia="Arimo"/>
                <w:b/>
                <w:color w:val="FFFFFF"/>
                <w:sz w:val="16"/>
              </w:rPr>
              <w:t>Acceptance Evidence</w:t>
            </w:r>
          </w:p>
        </w:tc>
      </w:tr>
      <w:tr>
        <w:tc>
          <w:tcPr>
            <w:tcW w:type="dxa" w:w="1080"/>
            <w:tcMar>
              <w:top w:w="75" w:type="dxa"/>
              <w:start w:w="75" w:type="dxa"/>
              <w:bottom w:w="75" w:type="dxa"/>
              <w:end w:w="75" w:type="dxa"/>
            </w:tcMar>
          </w:tcPr>
          <w:p>
            <w:pPr>
              <w:spacing w:after="0"/>
            </w:pPr>
            <w:r>
              <w:rPr>
                <w:rFonts w:ascii="Arimo" w:hAnsi="Arimo" w:eastAsia="Arimo"/>
                <w:i w:val="0"/>
                <w:color w:val="263238"/>
                <w:sz w:val="16"/>
              </w:rPr>
              <w:t>FR-01</w:t>
            </w:r>
          </w:p>
        </w:tc>
        <w:tc>
          <w:tcPr>
            <w:tcW w:type="dxa" w:w="4752"/>
            <w:tcMar>
              <w:top w:w="75" w:type="dxa"/>
              <w:start w:w="75" w:type="dxa"/>
              <w:bottom w:w="75" w:type="dxa"/>
              <w:end w:w="75" w:type="dxa"/>
            </w:tcMar>
          </w:tcPr>
          <w:p>
            <w:pPr>
              <w:spacing w:after="0"/>
            </w:pPr>
            <w:r>
              <w:rPr>
                <w:rFonts w:ascii="Arimo" w:hAnsi="Arimo" w:eastAsia="Arimo"/>
                <w:i/>
                <w:color w:val="71808D"/>
                <w:sz w:val="16"/>
              </w:rPr>
              <w:t>[System shall…]</w:t>
            </w:r>
          </w:p>
        </w:tc>
        <w:tc>
          <w:tcPr>
            <w:tcW w:type="dxa" w:w="1440"/>
            <w:tcMar>
              <w:top w:w="75" w:type="dxa"/>
              <w:start w:w="75" w:type="dxa"/>
              <w:bottom w:w="75" w:type="dxa"/>
              <w:end w:w="75" w:type="dxa"/>
            </w:tcMar>
          </w:tcPr>
          <w:p>
            <w:pPr>
              <w:spacing w:after="0"/>
            </w:pPr>
            <w:r>
              <w:rPr>
                <w:rFonts w:ascii="Arimo" w:hAnsi="Arimo" w:eastAsia="Arimo"/>
                <w:i w:val="0"/>
                <w:color w:val="263238"/>
                <w:sz w:val="16"/>
              </w:rPr>
              <w:t>Must</w:t>
            </w:r>
          </w:p>
        </w:tc>
        <w:tc>
          <w:tcPr>
            <w:tcW w:type="dxa" w:w="2520"/>
            <w:tcMar>
              <w:top w:w="75" w:type="dxa"/>
              <w:start w:w="75" w:type="dxa"/>
              <w:bottom w:w="75" w:type="dxa"/>
              <w:end w:w="75" w:type="dxa"/>
            </w:tcMar>
          </w:tcPr>
          <w:p>
            <w:pPr>
              <w:spacing w:after="0"/>
            </w:pPr>
            <w:r>
              <w:rPr>
                <w:rFonts w:ascii="Arimo" w:hAnsi="Arimo" w:eastAsia="Arimo"/>
                <w:i/>
                <w:color w:val="71808D"/>
                <w:sz w:val="16"/>
              </w:rPr>
              <w:t>[Test / demo / measurement]</w:t>
            </w:r>
          </w:p>
        </w:tc>
      </w:tr>
      <w:tr>
        <w:tc>
          <w:tcPr>
            <w:tcW w:type="dxa" w:w="1080"/>
            <w:tcMar>
              <w:top w:w="75" w:type="dxa"/>
              <w:start w:w="75" w:type="dxa"/>
              <w:bottom w:w="75" w:type="dxa"/>
              <w:end w:w="75" w:type="dxa"/>
            </w:tcMar>
            <w:shd w:fill="FAFBFC"/>
          </w:tcPr>
          <w:p>
            <w:pPr>
              <w:spacing w:after="0"/>
            </w:pPr>
            <w:r>
              <w:rPr>
                <w:rFonts w:ascii="Arimo" w:hAnsi="Arimo" w:eastAsia="Arimo"/>
                <w:i w:val="0"/>
                <w:color w:val="263238"/>
                <w:sz w:val="16"/>
              </w:rPr>
              <w:t>FR-02</w:t>
            </w:r>
          </w:p>
        </w:tc>
        <w:tc>
          <w:tcPr>
            <w:tcW w:type="dxa" w:w="4752"/>
            <w:tcMar>
              <w:top w:w="75" w:type="dxa"/>
              <w:start w:w="75" w:type="dxa"/>
              <w:bottom w:w="75" w:type="dxa"/>
              <w:end w:w="75" w:type="dxa"/>
            </w:tcMar>
            <w:shd w:fill="FAFBFC"/>
          </w:tcPr>
          <w:p>
            <w:pPr>
              <w:spacing w:after="0"/>
            </w:pPr>
            <w:r>
              <w:rPr>
                <w:rFonts w:ascii="Arimo" w:hAnsi="Arimo" w:eastAsia="Arimo"/>
                <w:i/>
                <w:color w:val="71808D"/>
                <w:sz w:val="16"/>
              </w:rPr>
              <w:t>[System shall…]</w:t>
            </w:r>
          </w:p>
        </w:tc>
        <w:tc>
          <w:tcPr>
            <w:tcW w:type="dxa" w:w="1440"/>
            <w:tcMar>
              <w:top w:w="75" w:type="dxa"/>
              <w:start w:w="75" w:type="dxa"/>
              <w:bottom w:w="75" w:type="dxa"/>
              <w:end w:w="75" w:type="dxa"/>
            </w:tcMar>
            <w:shd w:fill="FAFBFC"/>
          </w:tcPr>
          <w:p>
            <w:pPr>
              <w:spacing w:after="0"/>
            </w:pPr>
            <w:r>
              <w:rPr>
                <w:rFonts w:ascii="Arimo" w:hAnsi="Arimo" w:eastAsia="Arimo"/>
                <w:i w:val="0"/>
                <w:color w:val="263238"/>
                <w:sz w:val="16"/>
              </w:rPr>
              <w:t>Must</w:t>
            </w:r>
          </w:p>
        </w:tc>
        <w:tc>
          <w:tcPr>
            <w:tcW w:type="dxa" w:w="2520"/>
            <w:tcMar>
              <w:top w:w="75" w:type="dxa"/>
              <w:start w:w="75" w:type="dxa"/>
              <w:bottom w:w="75" w:type="dxa"/>
              <w:end w:w="75" w:type="dxa"/>
            </w:tcMar>
            <w:shd w:fill="FAFBFC"/>
          </w:tcPr>
          <w:p>
            <w:pPr>
              <w:spacing w:after="0"/>
            </w:pPr>
            <w:r>
              <w:rPr>
                <w:rFonts w:ascii="Arimo" w:hAnsi="Arimo" w:eastAsia="Arimo"/>
                <w:i/>
                <w:color w:val="71808D"/>
                <w:sz w:val="16"/>
              </w:rPr>
              <w:t>[Evidence]</w:t>
            </w:r>
          </w:p>
        </w:tc>
      </w:tr>
      <w:tr>
        <w:tc>
          <w:tcPr>
            <w:tcW w:type="dxa" w:w="1080"/>
            <w:tcMar>
              <w:top w:w="75" w:type="dxa"/>
              <w:start w:w="75" w:type="dxa"/>
              <w:bottom w:w="75" w:type="dxa"/>
              <w:end w:w="75" w:type="dxa"/>
            </w:tcMar>
          </w:tcPr>
          <w:p>
            <w:pPr>
              <w:spacing w:after="0"/>
            </w:pPr>
            <w:r>
              <w:rPr>
                <w:rFonts w:ascii="Arimo" w:hAnsi="Arimo" w:eastAsia="Arimo"/>
                <w:i w:val="0"/>
                <w:color w:val="263238"/>
                <w:sz w:val="16"/>
              </w:rPr>
              <w:t>FR-03</w:t>
            </w:r>
          </w:p>
        </w:tc>
        <w:tc>
          <w:tcPr>
            <w:tcW w:type="dxa" w:w="4752"/>
            <w:tcMar>
              <w:top w:w="75" w:type="dxa"/>
              <w:start w:w="75" w:type="dxa"/>
              <w:bottom w:w="75" w:type="dxa"/>
              <w:end w:w="75" w:type="dxa"/>
            </w:tcMar>
          </w:tcPr>
          <w:p>
            <w:pPr>
              <w:spacing w:after="0"/>
            </w:pPr>
            <w:r>
              <w:rPr>
                <w:rFonts w:ascii="Arimo" w:hAnsi="Arimo" w:eastAsia="Arimo"/>
                <w:i/>
                <w:color w:val="71808D"/>
                <w:sz w:val="16"/>
              </w:rPr>
              <w:t>[System should…]</w:t>
            </w:r>
          </w:p>
        </w:tc>
        <w:tc>
          <w:tcPr>
            <w:tcW w:type="dxa" w:w="1440"/>
            <w:tcMar>
              <w:top w:w="75" w:type="dxa"/>
              <w:start w:w="75" w:type="dxa"/>
              <w:bottom w:w="75" w:type="dxa"/>
              <w:end w:w="75" w:type="dxa"/>
            </w:tcMar>
          </w:tcPr>
          <w:p>
            <w:pPr>
              <w:spacing w:after="0"/>
            </w:pPr>
            <w:r>
              <w:rPr>
                <w:rFonts w:ascii="Arimo" w:hAnsi="Arimo" w:eastAsia="Arimo"/>
                <w:i w:val="0"/>
                <w:color w:val="263238"/>
                <w:sz w:val="16"/>
              </w:rPr>
              <w:t>Should</w:t>
            </w:r>
          </w:p>
        </w:tc>
        <w:tc>
          <w:tcPr>
            <w:tcW w:type="dxa" w:w="2520"/>
            <w:tcMar>
              <w:top w:w="75" w:type="dxa"/>
              <w:start w:w="75" w:type="dxa"/>
              <w:bottom w:w="75" w:type="dxa"/>
              <w:end w:w="75" w:type="dxa"/>
            </w:tcMar>
          </w:tcPr>
          <w:p>
            <w:pPr>
              <w:spacing w:after="0"/>
            </w:pPr>
            <w:r>
              <w:rPr>
                <w:rFonts w:ascii="Arimo" w:hAnsi="Arimo" w:eastAsia="Arimo"/>
                <w:i/>
                <w:color w:val="71808D"/>
                <w:sz w:val="16"/>
              </w:rPr>
              <w:t>[Evidence]</w:t>
            </w:r>
          </w:p>
        </w:tc>
      </w:tr>
      <w:tr>
        <w:tc>
          <w:tcPr>
            <w:tcW w:type="dxa" w:w="1080"/>
            <w:tcMar>
              <w:top w:w="75" w:type="dxa"/>
              <w:start w:w="75" w:type="dxa"/>
              <w:bottom w:w="75" w:type="dxa"/>
              <w:end w:w="75" w:type="dxa"/>
            </w:tcMar>
            <w:shd w:fill="FAFBFC"/>
          </w:tcPr>
          <w:p>
            <w:pPr>
              <w:spacing w:after="0"/>
            </w:pPr>
            <w:r>
              <w:rPr>
                <w:rFonts w:ascii="Arimo" w:hAnsi="Arimo" w:eastAsia="Arimo"/>
                <w:i w:val="0"/>
                <w:color w:val="263238"/>
                <w:sz w:val="16"/>
              </w:rPr>
              <w:t>FR-04</w:t>
            </w:r>
          </w:p>
        </w:tc>
        <w:tc>
          <w:tcPr>
            <w:tcW w:type="dxa" w:w="4752"/>
            <w:tcMar>
              <w:top w:w="75" w:type="dxa"/>
              <w:start w:w="75" w:type="dxa"/>
              <w:bottom w:w="75" w:type="dxa"/>
              <w:end w:w="75" w:type="dxa"/>
            </w:tcMar>
            <w:shd w:fill="FAFBFC"/>
          </w:tcPr>
          <w:p>
            <w:pPr>
              <w:spacing w:after="0"/>
            </w:pPr>
            <w:r>
              <w:rPr>
                <w:rFonts w:ascii="Arimo" w:hAnsi="Arimo" w:eastAsia="Arimo"/>
                <w:i/>
                <w:color w:val="71808D"/>
                <w:sz w:val="16"/>
              </w:rPr>
              <w:t>[Optional requirement]</w:t>
            </w:r>
          </w:p>
        </w:tc>
        <w:tc>
          <w:tcPr>
            <w:tcW w:type="dxa" w:w="1440"/>
            <w:tcMar>
              <w:top w:w="75" w:type="dxa"/>
              <w:start w:w="75" w:type="dxa"/>
              <w:bottom w:w="75" w:type="dxa"/>
              <w:end w:w="75" w:type="dxa"/>
            </w:tcMar>
            <w:shd w:fill="FAFBFC"/>
          </w:tcPr>
          <w:p>
            <w:pPr>
              <w:spacing w:after="0"/>
            </w:pPr>
            <w:r>
              <w:rPr>
                <w:rFonts w:ascii="Arimo" w:hAnsi="Arimo" w:eastAsia="Arimo"/>
                <w:i w:val="0"/>
                <w:color w:val="263238"/>
                <w:sz w:val="16"/>
              </w:rPr>
              <w:t>Could</w:t>
            </w:r>
          </w:p>
        </w:tc>
        <w:tc>
          <w:tcPr>
            <w:tcW w:type="dxa" w:w="2520"/>
            <w:tcMar>
              <w:top w:w="75" w:type="dxa"/>
              <w:start w:w="75" w:type="dxa"/>
              <w:bottom w:w="75" w:type="dxa"/>
              <w:end w:w="75" w:type="dxa"/>
            </w:tcMar>
            <w:shd w:fill="FAFBFC"/>
          </w:tcPr>
          <w:p>
            <w:pPr>
              <w:spacing w:after="0"/>
            </w:pPr>
            <w:r>
              <w:rPr>
                <w:rFonts w:ascii="Arimo" w:hAnsi="Arimo" w:eastAsia="Arimo"/>
                <w:i/>
                <w:color w:val="71808D"/>
                <w:sz w:val="16"/>
              </w:rPr>
              <w:t>[Evidence]</w:t>
            </w:r>
          </w:p>
        </w:tc>
      </w:tr>
    </w:tbl>
    <w:p>
      <w:pPr>
        <w:spacing w:after="40"/>
      </w:pPr>
    </w:p>
    <w:p>
      <w:pPr>
        <w:spacing w:after="60" w:line="269" w:lineRule="auto"/>
      </w:pPr>
      <w:r>
        <w:rPr>
          <w:rFonts w:ascii="Arimo" w:hAnsi="Arimo" w:eastAsia="Arimo"/>
          <w:b/>
          <w:i w:val="0"/>
          <w:color w:val="17324D"/>
          <w:sz w:val="22"/>
        </w:rPr>
        <w:t>7.2 Non-Functional Requirements</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2376"/>
            <w:shd w:fill="17324D"/>
            <w:tcMar>
              <w:top w:w="80" w:type="dxa"/>
              <w:start w:w="80" w:type="dxa"/>
              <w:bottom w:w="80" w:type="dxa"/>
              <w:end w:w="80" w:type="dxa"/>
            </w:tcMar>
          </w:tcPr>
          <w:p>
            <w:pPr>
              <w:spacing w:after="0"/>
              <w:jc w:val="center"/>
            </w:pPr>
            <w:r>
              <w:rPr>
                <w:rFonts w:ascii="Arimo" w:hAnsi="Arimo" w:eastAsia="Arimo"/>
                <w:b/>
                <w:color w:val="FFFFFF"/>
                <w:sz w:val="16"/>
              </w:rPr>
              <w:t>Area</w:t>
            </w:r>
          </w:p>
        </w:tc>
        <w:tc>
          <w:tcPr>
            <w:tcW w:type="dxa" w:w="7416"/>
            <w:shd w:fill="17324D"/>
            <w:tcMar>
              <w:top w:w="80" w:type="dxa"/>
              <w:start w:w="80" w:type="dxa"/>
              <w:bottom w:w="80" w:type="dxa"/>
              <w:end w:w="80" w:type="dxa"/>
            </w:tcMar>
          </w:tcPr>
          <w:p>
            <w:pPr>
              <w:spacing w:after="0"/>
              <w:jc w:val="center"/>
            </w:pPr>
            <w:r>
              <w:rPr>
                <w:rFonts w:ascii="Arimo" w:hAnsi="Arimo" w:eastAsia="Arimo"/>
                <w:b/>
                <w:color w:val="FFFFFF"/>
                <w:sz w:val="16"/>
              </w:rPr>
              <w:t>Requirement / Target</w:t>
            </w:r>
          </w:p>
        </w:tc>
      </w:tr>
      <w:tr>
        <w:tc>
          <w:tcPr>
            <w:tcW w:type="dxa" w:w="2376"/>
            <w:tcMar>
              <w:top w:w="75" w:type="dxa"/>
              <w:start w:w="75" w:type="dxa"/>
              <w:bottom w:w="75" w:type="dxa"/>
              <w:end w:w="75" w:type="dxa"/>
            </w:tcMar>
          </w:tcPr>
          <w:p>
            <w:pPr>
              <w:spacing w:after="0"/>
            </w:pPr>
            <w:r>
              <w:rPr>
                <w:rFonts w:ascii="Arimo" w:hAnsi="Arimo" w:eastAsia="Arimo"/>
                <w:i w:val="0"/>
                <w:color w:val="263238"/>
                <w:sz w:val="16"/>
              </w:rPr>
              <w:t>Performance</w:t>
            </w:r>
          </w:p>
        </w:tc>
        <w:tc>
          <w:tcPr>
            <w:tcW w:type="dxa" w:w="7416"/>
            <w:tcMar>
              <w:top w:w="75" w:type="dxa"/>
              <w:start w:w="75" w:type="dxa"/>
              <w:bottom w:w="75" w:type="dxa"/>
              <w:end w:w="75" w:type="dxa"/>
            </w:tcMar>
          </w:tcPr>
          <w:p>
            <w:pPr>
              <w:spacing w:after="0"/>
            </w:pPr>
            <w:r>
              <w:rPr>
                <w:rFonts w:ascii="Arimo" w:hAnsi="Arimo" w:eastAsia="Arimo"/>
                <w:i/>
                <w:color w:val="71808D"/>
                <w:sz w:val="16"/>
              </w:rPr>
              <w:t>[Latency, accuracy, throughput, efficiency, load, tolerance]</w:t>
            </w:r>
          </w:p>
        </w:tc>
      </w:tr>
      <w:tr>
        <w:tc>
          <w:tcPr>
            <w:tcW w:type="dxa" w:w="2376"/>
            <w:tcMar>
              <w:top w:w="75" w:type="dxa"/>
              <w:start w:w="75" w:type="dxa"/>
              <w:bottom w:w="75" w:type="dxa"/>
              <w:end w:w="75" w:type="dxa"/>
            </w:tcMar>
            <w:shd w:fill="FAFBFC"/>
          </w:tcPr>
          <w:p>
            <w:pPr>
              <w:spacing w:after="0"/>
            </w:pPr>
            <w:r>
              <w:rPr>
                <w:rFonts w:ascii="Arimo" w:hAnsi="Arimo" w:eastAsia="Arimo"/>
                <w:i w:val="0"/>
                <w:color w:val="263238"/>
                <w:sz w:val="16"/>
              </w:rPr>
              <w:t>Reliability</w:t>
            </w:r>
          </w:p>
        </w:tc>
        <w:tc>
          <w:tcPr>
            <w:tcW w:type="dxa" w:w="7416"/>
            <w:tcMar>
              <w:top w:w="75" w:type="dxa"/>
              <w:start w:w="75" w:type="dxa"/>
              <w:bottom w:w="75" w:type="dxa"/>
              <w:end w:w="75" w:type="dxa"/>
            </w:tcMar>
            <w:shd w:fill="FAFBFC"/>
          </w:tcPr>
          <w:p>
            <w:pPr>
              <w:spacing w:after="0"/>
            </w:pPr>
            <w:r>
              <w:rPr>
                <w:rFonts w:ascii="Arimo" w:hAnsi="Arimo" w:eastAsia="Arimo"/>
                <w:i/>
                <w:color w:val="71808D"/>
                <w:sz w:val="16"/>
              </w:rPr>
              <w:t>[Availability, fault tolerance, repeatability]</w:t>
            </w:r>
          </w:p>
        </w:tc>
      </w:tr>
      <w:tr>
        <w:tc>
          <w:tcPr>
            <w:tcW w:type="dxa" w:w="2376"/>
            <w:tcMar>
              <w:top w:w="75" w:type="dxa"/>
              <w:start w:w="75" w:type="dxa"/>
              <w:bottom w:w="75" w:type="dxa"/>
              <w:end w:w="75" w:type="dxa"/>
            </w:tcMar>
          </w:tcPr>
          <w:p>
            <w:pPr>
              <w:spacing w:after="0"/>
            </w:pPr>
            <w:r>
              <w:rPr>
                <w:rFonts w:ascii="Arimo" w:hAnsi="Arimo" w:eastAsia="Arimo"/>
                <w:i w:val="0"/>
                <w:color w:val="263238"/>
                <w:sz w:val="16"/>
              </w:rPr>
              <w:t>Safety</w:t>
            </w:r>
          </w:p>
        </w:tc>
        <w:tc>
          <w:tcPr>
            <w:tcW w:type="dxa" w:w="7416"/>
            <w:tcMar>
              <w:top w:w="75" w:type="dxa"/>
              <w:start w:w="75" w:type="dxa"/>
              <w:bottom w:w="75" w:type="dxa"/>
              <w:end w:w="75" w:type="dxa"/>
            </w:tcMar>
          </w:tcPr>
          <w:p>
            <w:pPr>
              <w:spacing w:after="0"/>
            </w:pPr>
            <w:r>
              <w:rPr>
                <w:rFonts w:ascii="Arimo" w:hAnsi="Arimo" w:eastAsia="Arimo"/>
                <w:i/>
                <w:color w:val="71808D"/>
                <w:sz w:val="16"/>
              </w:rPr>
              <w:t>[Electrical / mechanical / user safety requirement]</w:t>
            </w:r>
          </w:p>
        </w:tc>
      </w:tr>
      <w:tr>
        <w:tc>
          <w:tcPr>
            <w:tcW w:type="dxa" w:w="2376"/>
            <w:tcMar>
              <w:top w:w="75" w:type="dxa"/>
              <w:start w:w="75" w:type="dxa"/>
              <w:bottom w:w="75" w:type="dxa"/>
              <w:end w:w="75" w:type="dxa"/>
            </w:tcMar>
            <w:shd w:fill="FAFBFC"/>
          </w:tcPr>
          <w:p>
            <w:pPr>
              <w:spacing w:after="0"/>
            </w:pPr>
            <w:r>
              <w:rPr>
                <w:rFonts w:ascii="Arimo" w:hAnsi="Arimo" w:eastAsia="Arimo"/>
                <w:i w:val="0"/>
                <w:color w:val="263238"/>
                <w:sz w:val="16"/>
              </w:rPr>
              <w:t>Security / Privacy</w:t>
            </w:r>
          </w:p>
        </w:tc>
        <w:tc>
          <w:tcPr>
            <w:tcW w:type="dxa" w:w="7416"/>
            <w:tcMar>
              <w:top w:w="75" w:type="dxa"/>
              <w:start w:w="75" w:type="dxa"/>
              <w:bottom w:w="75" w:type="dxa"/>
              <w:end w:w="75" w:type="dxa"/>
            </w:tcMar>
            <w:shd w:fill="FAFBFC"/>
          </w:tcPr>
          <w:p>
            <w:pPr>
              <w:spacing w:after="0"/>
            </w:pPr>
            <w:r>
              <w:rPr>
                <w:rFonts w:ascii="Arimo" w:hAnsi="Arimo" w:eastAsia="Arimo"/>
                <w:i/>
                <w:color w:val="71808D"/>
                <w:sz w:val="16"/>
              </w:rPr>
              <w:t>[Data protection, access, storage]</w:t>
            </w:r>
          </w:p>
        </w:tc>
      </w:tr>
      <w:tr>
        <w:tc>
          <w:tcPr>
            <w:tcW w:type="dxa" w:w="2376"/>
            <w:tcMar>
              <w:top w:w="75" w:type="dxa"/>
              <w:start w:w="75" w:type="dxa"/>
              <w:bottom w:w="75" w:type="dxa"/>
              <w:end w:w="75" w:type="dxa"/>
            </w:tcMar>
          </w:tcPr>
          <w:p>
            <w:pPr>
              <w:spacing w:after="0"/>
            </w:pPr>
            <w:r>
              <w:rPr>
                <w:rFonts w:ascii="Arimo" w:hAnsi="Arimo" w:eastAsia="Arimo"/>
                <w:i w:val="0"/>
                <w:color w:val="263238"/>
                <w:sz w:val="16"/>
              </w:rPr>
              <w:t>Usability</w:t>
            </w:r>
          </w:p>
        </w:tc>
        <w:tc>
          <w:tcPr>
            <w:tcW w:type="dxa" w:w="7416"/>
            <w:tcMar>
              <w:top w:w="75" w:type="dxa"/>
              <w:start w:w="75" w:type="dxa"/>
              <w:bottom w:w="75" w:type="dxa"/>
              <w:end w:w="75" w:type="dxa"/>
            </w:tcMar>
          </w:tcPr>
          <w:p>
            <w:pPr>
              <w:spacing w:after="0"/>
            </w:pPr>
            <w:r>
              <w:rPr>
                <w:rFonts w:ascii="Arimo" w:hAnsi="Arimo" w:eastAsia="Arimo"/>
                <w:i/>
                <w:color w:val="71808D"/>
                <w:sz w:val="16"/>
              </w:rPr>
              <w:t>[User interface / accessibility / operating complexity]</w:t>
            </w:r>
          </w:p>
        </w:tc>
      </w:tr>
      <w:tr>
        <w:tc>
          <w:tcPr>
            <w:tcW w:type="dxa" w:w="2376"/>
            <w:tcMar>
              <w:top w:w="75" w:type="dxa"/>
              <w:start w:w="75" w:type="dxa"/>
              <w:bottom w:w="75" w:type="dxa"/>
              <w:end w:w="75" w:type="dxa"/>
            </w:tcMar>
            <w:shd w:fill="FAFBFC"/>
          </w:tcPr>
          <w:p>
            <w:pPr>
              <w:spacing w:after="0"/>
            </w:pPr>
            <w:r>
              <w:rPr>
                <w:rFonts w:ascii="Arimo" w:hAnsi="Arimo" w:eastAsia="Arimo"/>
                <w:i w:val="0"/>
                <w:color w:val="263238"/>
                <w:sz w:val="16"/>
              </w:rPr>
              <w:t>Sustainability</w:t>
            </w:r>
          </w:p>
        </w:tc>
        <w:tc>
          <w:tcPr>
            <w:tcW w:type="dxa" w:w="7416"/>
            <w:tcMar>
              <w:top w:w="75" w:type="dxa"/>
              <w:start w:w="75" w:type="dxa"/>
              <w:bottom w:w="75" w:type="dxa"/>
              <w:end w:w="75" w:type="dxa"/>
            </w:tcMar>
            <w:shd w:fill="FAFBFC"/>
          </w:tcPr>
          <w:p>
            <w:pPr>
              <w:spacing w:after="0"/>
            </w:pPr>
            <w:r>
              <w:rPr>
                <w:rFonts w:ascii="Arimo" w:hAnsi="Arimo" w:eastAsia="Arimo"/>
                <w:i/>
                <w:color w:val="71808D"/>
                <w:sz w:val="16"/>
              </w:rPr>
              <w:t>[Energy, material, waste, lifecycle if relevant]</w:t>
            </w:r>
          </w:p>
        </w:tc>
      </w:tr>
    </w:tbl>
    <w:p>
      <w:pPr>
        <w:spacing w:after="40"/>
      </w:pPr>
    </w:p>
    <w:p>
      <w:pPr>
        <w:spacing w:after="60" w:line="269" w:lineRule="auto"/>
      </w:pPr>
      <w:r>
        <w:rPr>
          <w:rFonts w:ascii="Arimo" w:hAnsi="Arimo" w:eastAsia="Arimo"/>
          <w:b/>
          <w:i w:val="0"/>
          <w:color w:val="17324D"/>
          <w:sz w:val="22"/>
        </w:rPr>
        <w:t>7.3 Team Roles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592"/>
            <w:shd w:fill="17324D"/>
            <w:tcMar>
              <w:top w:w="80" w:type="dxa"/>
              <w:start w:w="80" w:type="dxa"/>
              <w:bottom w:w="80" w:type="dxa"/>
              <w:end w:w="80" w:type="dxa"/>
            </w:tcMar>
          </w:tcPr>
          <w:p>
            <w:pPr>
              <w:spacing w:after="0"/>
              <w:jc w:val="center"/>
            </w:pPr>
            <w:r>
              <w:rPr>
                <w:rFonts w:ascii="Arimo" w:hAnsi="Arimo" w:eastAsia="Arimo"/>
                <w:b/>
                <w:color w:val="FFFFFF"/>
                <w:sz w:val="16"/>
              </w:rPr>
              <w:t>Team Member</w:t>
            </w:r>
          </w:p>
        </w:tc>
        <w:tc>
          <w:tcPr>
            <w:tcW w:type="dxa" w:w="4464"/>
            <w:shd w:fill="17324D"/>
            <w:tcMar>
              <w:top w:w="80" w:type="dxa"/>
              <w:start w:w="80" w:type="dxa"/>
              <w:bottom w:w="80" w:type="dxa"/>
              <w:end w:w="80" w:type="dxa"/>
            </w:tcMar>
          </w:tcPr>
          <w:p>
            <w:pPr>
              <w:spacing w:after="0"/>
              <w:jc w:val="center"/>
            </w:pPr>
            <w:r>
              <w:rPr>
                <w:rFonts w:ascii="Arimo" w:hAnsi="Arimo" w:eastAsia="Arimo"/>
                <w:b/>
                <w:color w:val="FFFFFF"/>
                <w:sz w:val="16"/>
              </w:rPr>
              <w:t>Primary Responsibilities</w:t>
            </w:r>
          </w:p>
        </w:tc>
        <w:tc>
          <w:tcPr>
            <w:tcW w:type="dxa" w:w="2736"/>
            <w:shd w:fill="17324D"/>
            <w:tcMar>
              <w:top w:w="80" w:type="dxa"/>
              <w:start w:w="80" w:type="dxa"/>
              <w:bottom w:w="80" w:type="dxa"/>
              <w:end w:w="80" w:type="dxa"/>
            </w:tcMar>
          </w:tcPr>
          <w:p>
            <w:pPr>
              <w:spacing w:after="0"/>
              <w:jc w:val="center"/>
            </w:pPr>
            <w:r>
              <w:rPr>
                <w:rFonts w:ascii="Arimo" w:hAnsi="Arimo" w:eastAsia="Arimo"/>
                <w:b/>
                <w:color w:val="FFFFFF"/>
                <w:sz w:val="16"/>
              </w:rPr>
              <w:t>Key Deliverables</w:t>
            </w:r>
          </w:p>
        </w:tc>
      </w:tr>
      <w:tr>
        <w:tc>
          <w:tcPr>
            <w:tcW w:type="dxa" w:w="2592"/>
            <w:tcMar>
              <w:top w:w="75" w:type="dxa"/>
              <w:start w:w="75" w:type="dxa"/>
              <w:bottom w:w="75" w:type="dxa"/>
              <w:end w:w="75" w:type="dxa"/>
            </w:tcMar>
          </w:tcPr>
          <w:p>
            <w:pPr>
              <w:spacing w:after="0"/>
            </w:pPr>
            <w:r>
              <w:rPr>
                <w:rFonts w:ascii="Arimo" w:hAnsi="Arimo" w:eastAsia="Arimo"/>
                <w:i/>
                <w:color w:val="71808D"/>
                <w:sz w:val="16"/>
              </w:rPr>
              <w:t>[Name / Role 1]</w:t>
            </w:r>
          </w:p>
        </w:tc>
        <w:tc>
          <w:tcPr>
            <w:tcW w:type="dxa" w:w="4464"/>
            <w:tcMar>
              <w:top w:w="75" w:type="dxa"/>
              <w:start w:w="75" w:type="dxa"/>
              <w:bottom w:w="75" w:type="dxa"/>
              <w:end w:w="75" w:type="dxa"/>
            </w:tcMar>
          </w:tcPr>
          <w:p>
            <w:pPr>
              <w:spacing w:after="0"/>
            </w:pPr>
            <w:r>
              <w:rPr>
                <w:rFonts w:ascii="Arimo" w:hAnsi="Arimo" w:eastAsia="Arimo"/>
                <w:i/>
                <w:color w:val="71808D"/>
                <w:sz w:val="16"/>
              </w:rPr>
              <w:t>[Responsibilities]</w:t>
            </w:r>
          </w:p>
        </w:tc>
        <w:tc>
          <w:tcPr>
            <w:tcW w:type="dxa" w:w="2736"/>
            <w:tcMar>
              <w:top w:w="75" w:type="dxa"/>
              <w:start w:w="75" w:type="dxa"/>
              <w:bottom w:w="75" w:type="dxa"/>
              <w:end w:w="75" w:type="dxa"/>
            </w:tcMar>
          </w:tcPr>
          <w:p>
            <w:pPr>
              <w:spacing w:after="0"/>
            </w:pPr>
            <w:r>
              <w:rPr>
                <w:rFonts w:ascii="Arimo" w:hAnsi="Arimo" w:eastAsia="Arimo"/>
                <w:i/>
                <w:color w:val="71808D"/>
                <w:sz w:val="16"/>
              </w:rPr>
              <w:t>[Deliverables]</w:t>
            </w:r>
          </w:p>
        </w:tc>
      </w:tr>
      <w:tr>
        <w:tc>
          <w:tcPr>
            <w:tcW w:type="dxa" w:w="2592"/>
            <w:tcMar>
              <w:top w:w="75" w:type="dxa"/>
              <w:start w:w="75" w:type="dxa"/>
              <w:bottom w:w="75" w:type="dxa"/>
              <w:end w:w="75" w:type="dxa"/>
            </w:tcMar>
            <w:shd w:fill="FAFBFC"/>
          </w:tcPr>
          <w:p>
            <w:pPr>
              <w:spacing w:after="0"/>
            </w:pPr>
            <w:r>
              <w:rPr>
                <w:rFonts w:ascii="Arimo" w:hAnsi="Arimo" w:eastAsia="Arimo"/>
                <w:i/>
                <w:color w:val="71808D"/>
                <w:sz w:val="16"/>
              </w:rPr>
              <w:t>[Name / Role 2]</w:t>
            </w:r>
          </w:p>
        </w:tc>
        <w:tc>
          <w:tcPr>
            <w:tcW w:type="dxa" w:w="4464"/>
            <w:tcMar>
              <w:top w:w="75" w:type="dxa"/>
              <w:start w:w="75" w:type="dxa"/>
              <w:bottom w:w="75" w:type="dxa"/>
              <w:end w:w="75" w:type="dxa"/>
            </w:tcMar>
            <w:shd w:fill="FAFBFC"/>
          </w:tcPr>
          <w:p>
            <w:pPr>
              <w:spacing w:after="0"/>
            </w:pPr>
            <w:r>
              <w:rPr>
                <w:rFonts w:ascii="Arimo" w:hAnsi="Arimo" w:eastAsia="Arimo"/>
                <w:i/>
                <w:color w:val="71808D"/>
                <w:sz w:val="16"/>
              </w:rPr>
              <w:t>[Responsibilities]</w:t>
            </w:r>
          </w:p>
        </w:tc>
        <w:tc>
          <w:tcPr>
            <w:tcW w:type="dxa" w:w="2736"/>
            <w:tcMar>
              <w:top w:w="75" w:type="dxa"/>
              <w:start w:w="75" w:type="dxa"/>
              <w:bottom w:w="75" w:type="dxa"/>
              <w:end w:w="75" w:type="dxa"/>
            </w:tcMar>
            <w:shd w:fill="FAFBFC"/>
          </w:tcPr>
          <w:p>
            <w:pPr>
              <w:spacing w:after="0"/>
            </w:pPr>
            <w:r>
              <w:rPr>
                <w:rFonts w:ascii="Arimo" w:hAnsi="Arimo" w:eastAsia="Arimo"/>
                <w:i/>
                <w:color w:val="71808D"/>
                <w:sz w:val="16"/>
              </w:rPr>
              <w:t>[Deliverables]</w:t>
            </w:r>
          </w:p>
        </w:tc>
      </w:tr>
      <w:tr>
        <w:tc>
          <w:tcPr>
            <w:tcW w:type="dxa" w:w="2592"/>
            <w:tcMar>
              <w:top w:w="75" w:type="dxa"/>
              <w:start w:w="75" w:type="dxa"/>
              <w:bottom w:w="75" w:type="dxa"/>
              <w:end w:w="75" w:type="dxa"/>
            </w:tcMar>
          </w:tcPr>
          <w:p>
            <w:pPr>
              <w:spacing w:after="0"/>
            </w:pPr>
            <w:r>
              <w:rPr>
                <w:rFonts w:ascii="Arimo" w:hAnsi="Arimo" w:eastAsia="Arimo"/>
                <w:i/>
                <w:color w:val="71808D"/>
                <w:sz w:val="16"/>
              </w:rPr>
              <w:t>[Name / Role 3]</w:t>
            </w:r>
          </w:p>
        </w:tc>
        <w:tc>
          <w:tcPr>
            <w:tcW w:type="dxa" w:w="4464"/>
            <w:tcMar>
              <w:top w:w="75" w:type="dxa"/>
              <w:start w:w="75" w:type="dxa"/>
              <w:bottom w:w="75" w:type="dxa"/>
              <w:end w:w="75" w:type="dxa"/>
            </w:tcMar>
          </w:tcPr>
          <w:p>
            <w:pPr>
              <w:spacing w:after="0"/>
            </w:pPr>
            <w:r>
              <w:rPr>
                <w:rFonts w:ascii="Arimo" w:hAnsi="Arimo" w:eastAsia="Arimo"/>
                <w:i/>
                <w:color w:val="71808D"/>
                <w:sz w:val="16"/>
              </w:rPr>
              <w:t>[Responsibilities]</w:t>
            </w:r>
          </w:p>
        </w:tc>
        <w:tc>
          <w:tcPr>
            <w:tcW w:type="dxa" w:w="2736"/>
            <w:tcMar>
              <w:top w:w="75" w:type="dxa"/>
              <w:start w:w="75" w:type="dxa"/>
              <w:bottom w:w="75" w:type="dxa"/>
              <w:end w:w="75" w:type="dxa"/>
            </w:tcMar>
          </w:tcPr>
          <w:p>
            <w:pPr>
              <w:spacing w:after="0"/>
            </w:pPr>
            <w:r>
              <w:rPr>
                <w:rFonts w:ascii="Arimo" w:hAnsi="Arimo" w:eastAsia="Arimo"/>
                <w:i/>
                <w:color w:val="71808D"/>
                <w:sz w:val="16"/>
              </w:rPr>
              <w:t>[Deliverables]</w:t>
            </w:r>
          </w:p>
        </w:tc>
      </w:tr>
    </w:tbl>
    <w:p>
      <w:pPr>
        <w:spacing w:after="40"/>
      </w:pPr>
    </w:p>
    <w:p>
      <w:pPr>
        <w:pageBreakBefore/>
        <w:spacing w:after="40"/>
      </w:pPr>
      <w:r>
        <w:rPr>
          <w:rFonts w:ascii="Arimo" w:hAnsi="Arimo" w:eastAsia="Arimo"/>
          <w:b/>
          <w:color w:val="F28C28"/>
          <w:sz w:val="16"/>
        </w:rPr>
        <w:t>PROJECT MANAGEMENT</w:t>
      </w:r>
    </w:p>
    <w:p>
      <w:pPr>
        <w:spacing w:before="40" w:after="140"/>
        <w:keepNext/>
        <w:pBdr>
          <w:bottom w:val="single" w:sz="7" w:space="4" w:color="C9D8E5"/>
        </w:pBdr>
      </w:pPr>
      <w:r>
        <w:rPr>
          <w:rFonts w:ascii="Arimo" w:hAnsi="Arimo" w:eastAsia="Arimo"/>
          <w:b/>
          <w:color w:val="F28C28"/>
          <w:sz w:val="30"/>
        </w:rPr>
        <w:t xml:space="preserve">8  </w:t>
      </w:r>
      <w:r>
        <w:rPr>
          <w:rFonts w:ascii="Arimo" w:hAnsi="Arimo" w:eastAsia="Arimo"/>
          <w:b/>
          <w:color w:val="17324D"/>
          <w:sz w:val="30"/>
        </w:rPr>
        <w:t>Timeline, Risks &amp; Budget</w:t>
      </w:r>
    </w:p>
    <w:p>
      <w:pPr>
        <w:spacing w:after="160"/>
      </w:pPr>
      <w:r>
        <w:rPr>
          <w:rFonts w:ascii="Arimo" w:hAnsi="Arimo" w:eastAsia="Arimo"/>
          <w:i/>
          <w:color w:val="5F6B76"/>
          <w:sz w:val="19"/>
        </w:rPr>
        <w:t>A proposal is stronger when it shows how technical work will fit within the available semester, budget and dependencies.</w:t>
      </w:r>
    </w:p>
    <w:p>
      <w:pPr>
        <w:spacing w:after="60" w:line="269" w:lineRule="auto"/>
      </w:pPr>
      <w:r>
        <w:rPr>
          <w:rFonts w:ascii="Arimo" w:hAnsi="Arimo" w:eastAsia="Arimo"/>
          <w:b/>
          <w:i w:val="0"/>
          <w:color w:val="17324D"/>
          <w:sz w:val="22"/>
        </w:rPr>
        <w:t>8.1 Milestone Plan</w:t>
      </w:r>
    </w:p>
    <w:tbl>
      <w:tblPr>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655"/>
            <w:shd w:fill="17324D"/>
            <w:tcMar>
              <w:top w:w="80" w:type="dxa"/>
              <w:start w:w="80" w:type="dxa"/>
              <w:bottom w:w="80" w:type="dxa"/>
              <w:end w:w="80" w:type="dxa"/>
            </w:tcMar>
          </w:tcPr>
          <w:p>
            <w:pPr>
              <w:spacing w:after="0"/>
              <w:jc w:val="center"/>
            </w:pPr>
            <w:r>
              <w:rPr>
                <w:rFonts w:ascii="Arimo" w:hAnsi="Arimo" w:eastAsia="Arimo"/>
                <w:b/>
                <w:color w:val="FFFFFF"/>
                <w:sz w:val="15"/>
              </w:rPr>
              <w:t>Week / Period</w:t>
            </w:r>
          </w:p>
        </w:tc>
        <w:tc>
          <w:tcPr>
            <w:tcW w:type="dxa" w:w="2520"/>
            <w:shd w:fill="17324D"/>
            <w:tcMar>
              <w:top w:w="80" w:type="dxa"/>
              <w:start w:w="80" w:type="dxa"/>
              <w:bottom w:w="80" w:type="dxa"/>
              <w:end w:w="80" w:type="dxa"/>
            </w:tcMar>
          </w:tcPr>
          <w:p>
            <w:pPr>
              <w:spacing w:after="0"/>
              <w:jc w:val="center"/>
            </w:pPr>
            <w:r>
              <w:rPr>
                <w:rFonts w:ascii="Arimo" w:hAnsi="Arimo" w:eastAsia="Arimo"/>
                <w:b/>
                <w:color w:val="FFFFFF"/>
                <w:sz w:val="15"/>
              </w:rPr>
              <w:t>Milestone</w:t>
            </w:r>
          </w:p>
        </w:tc>
        <w:tc>
          <w:tcPr>
            <w:tcW w:type="dxa" w:w="3671"/>
            <w:shd w:fill="17324D"/>
            <w:tcMar>
              <w:top w:w="80" w:type="dxa"/>
              <w:start w:w="80" w:type="dxa"/>
              <w:bottom w:w="80" w:type="dxa"/>
              <w:end w:w="80" w:type="dxa"/>
            </w:tcMar>
          </w:tcPr>
          <w:p>
            <w:pPr>
              <w:spacing w:after="0"/>
              <w:jc w:val="center"/>
            </w:pPr>
            <w:r>
              <w:rPr>
                <w:rFonts w:ascii="Arimo" w:hAnsi="Arimo" w:eastAsia="Arimo"/>
                <w:b/>
                <w:color w:val="FFFFFF"/>
                <w:sz w:val="15"/>
              </w:rPr>
              <w:t>Key Tasks</w:t>
            </w:r>
          </w:p>
        </w:tc>
        <w:tc>
          <w:tcPr>
            <w:tcW w:type="dxa" w:w="1944"/>
            <w:shd w:fill="17324D"/>
            <w:tcMar>
              <w:top w:w="80" w:type="dxa"/>
              <w:start w:w="80" w:type="dxa"/>
              <w:bottom w:w="80" w:type="dxa"/>
              <w:end w:w="80" w:type="dxa"/>
            </w:tcMar>
          </w:tcPr>
          <w:p>
            <w:pPr>
              <w:spacing w:after="0"/>
              <w:jc w:val="center"/>
            </w:pPr>
            <w:r>
              <w:rPr>
                <w:rFonts w:ascii="Arimo" w:hAnsi="Arimo" w:eastAsia="Arimo"/>
                <w:b/>
                <w:color w:val="FFFFFF"/>
                <w:sz w:val="15"/>
              </w:rPr>
              <w:t>Output</w:t>
            </w:r>
          </w:p>
        </w:tc>
      </w:tr>
      <w:tr>
        <w:tc>
          <w:tcPr>
            <w:tcW w:type="dxa" w:w="1655"/>
            <w:tcMar>
              <w:top w:w="75" w:type="dxa"/>
              <w:start w:w="75" w:type="dxa"/>
              <w:bottom w:w="75" w:type="dxa"/>
              <w:end w:w="75" w:type="dxa"/>
            </w:tcMar>
          </w:tcPr>
          <w:p>
            <w:pPr>
              <w:spacing w:after="0"/>
            </w:pPr>
            <w:r>
              <w:rPr>
                <w:rFonts w:ascii="Arimo" w:hAnsi="Arimo" w:eastAsia="Arimo"/>
                <w:i w:val="0"/>
                <w:color w:val="263238"/>
                <w:sz w:val="15"/>
              </w:rPr>
              <w:t>1–2</w:t>
            </w:r>
          </w:p>
        </w:tc>
        <w:tc>
          <w:tcPr>
            <w:tcW w:type="dxa" w:w="2520"/>
            <w:tcMar>
              <w:top w:w="75" w:type="dxa"/>
              <w:start w:w="75" w:type="dxa"/>
              <w:bottom w:w="75" w:type="dxa"/>
              <w:end w:w="75" w:type="dxa"/>
            </w:tcMar>
          </w:tcPr>
          <w:p>
            <w:pPr>
              <w:spacing w:after="0"/>
            </w:pPr>
            <w:r>
              <w:rPr>
                <w:rFonts w:ascii="Arimo" w:hAnsi="Arimo" w:eastAsia="Arimo"/>
                <w:i/>
                <w:color w:val="71808D"/>
                <w:sz w:val="15"/>
              </w:rPr>
              <w:t>[Problem / requirements]</w:t>
            </w:r>
          </w:p>
        </w:tc>
        <w:tc>
          <w:tcPr>
            <w:tcW w:type="dxa" w:w="3671"/>
            <w:tcMar>
              <w:top w:w="75" w:type="dxa"/>
              <w:start w:w="75" w:type="dxa"/>
              <w:bottom w:w="75" w:type="dxa"/>
              <w:end w:w="75" w:type="dxa"/>
            </w:tcMar>
          </w:tcPr>
          <w:p>
            <w:pPr>
              <w:spacing w:after="0"/>
            </w:pPr>
            <w:r>
              <w:rPr>
                <w:rFonts w:ascii="Arimo" w:hAnsi="Arimo" w:eastAsia="Arimo"/>
                <w:i/>
                <w:color w:val="71808D"/>
                <w:sz w:val="15"/>
              </w:rPr>
              <w:t>[Tasks]</w:t>
            </w:r>
          </w:p>
        </w:tc>
        <w:tc>
          <w:tcPr>
            <w:tcW w:type="dxa" w:w="1944"/>
            <w:tcMar>
              <w:top w:w="75" w:type="dxa"/>
              <w:start w:w="75" w:type="dxa"/>
              <w:bottom w:w="75" w:type="dxa"/>
              <w:end w:w="75" w:type="dxa"/>
            </w:tcMar>
          </w:tcPr>
          <w:p>
            <w:pPr>
              <w:spacing w:after="0"/>
            </w:pPr>
            <w:r>
              <w:rPr>
                <w:rFonts w:ascii="Arimo" w:hAnsi="Arimo" w:eastAsia="Arimo"/>
                <w:i/>
                <w:color w:val="71808D"/>
                <w:sz w:val="15"/>
              </w:rPr>
              <w:t>[Approved scope]</w:t>
            </w:r>
          </w:p>
        </w:tc>
      </w:tr>
      <w:tr>
        <w:tc>
          <w:tcPr>
            <w:tcW w:type="dxa" w:w="1655"/>
            <w:tcMar>
              <w:top w:w="75" w:type="dxa"/>
              <w:start w:w="75" w:type="dxa"/>
              <w:bottom w:w="75" w:type="dxa"/>
              <w:end w:w="75" w:type="dxa"/>
            </w:tcMar>
            <w:shd w:fill="FAFBFC"/>
          </w:tcPr>
          <w:p>
            <w:pPr>
              <w:spacing w:after="0"/>
            </w:pPr>
            <w:r>
              <w:rPr>
                <w:rFonts w:ascii="Arimo" w:hAnsi="Arimo" w:eastAsia="Arimo"/>
                <w:i w:val="0"/>
                <w:color w:val="263238"/>
                <w:sz w:val="15"/>
              </w:rPr>
              <w:t>3–4</w:t>
            </w:r>
          </w:p>
        </w:tc>
        <w:tc>
          <w:tcPr>
            <w:tcW w:type="dxa" w:w="2520"/>
            <w:tcMar>
              <w:top w:w="75" w:type="dxa"/>
              <w:start w:w="75" w:type="dxa"/>
              <w:bottom w:w="75" w:type="dxa"/>
              <w:end w:w="75" w:type="dxa"/>
            </w:tcMar>
            <w:shd w:fill="FAFBFC"/>
          </w:tcPr>
          <w:p>
            <w:pPr>
              <w:spacing w:after="0"/>
            </w:pPr>
            <w:r>
              <w:rPr>
                <w:rFonts w:ascii="Arimo" w:hAnsi="Arimo" w:eastAsia="Arimo"/>
                <w:i/>
                <w:color w:val="71808D"/>
                <w:sz w:val="15"/>
              </w:rPr>
              <w:t>[Design]</w:t>
            </w:r>
          </w:p>
        </w:tc>
        <w:tc>
          <w:tcPr>
            <w:tcW w:type="dxa" w:w="3671"/>
            <w:tcMar>
              <w:top w:w="75" w:type="dxa"/>
              <w:start w:w="75" w:type="dxa"/>
              <w:bottom w:w="75" w:type="dxa"/>
              <w:end w:w="75" w:type="dxa"/>
            </w:tcMar>
            <w:shd w:fill="FAFBFC"/>
          </w:tcPr>
          <w:p>
            <w:pPr>
              <w:spacing w:after="0"/>
            </w:pPr>
            <w:r>
              <w:rPr>
                <w:rFonts w:ascii="Arimo" w:hAnsi="Arimo" w:eastAsia="Arimo"/>
                <w:i/>
                <w:color w:val="71808D"/>
                <w:sz w:val="15"/>
              </w:rPr>
              <w:t>[Tasks]</w:t>
            </w:r>
          </w:p>
        </w:tc>
        <w:tc>
          <w:tcPr>
            <w:tcW w:type="dxa" w:w="1944"/>
            <w:tcMar>
              <w:top w:w="75" w:type="dxa"/>
              <w:start w:w="75" w:type="dxa"/>
              <w:bottom w:w="75" w:type="dxa"/>
              <w:end w:w="75" w:type="dxa"/>
            </w:tcMar>
            <w:shd w:fill="FAFBFC"/>
          </w:tcPr>
          <w:p>
            <w:pPr>
              <w:spacing w:after="0"/>
            </w:pPr>
            <w:r>
              <w:rPr>
                <w:rFonts w:ascii="Arimo" w:hAnsi="Arimo" w:eastAsia="Arimo"/>
                <w:i/>
                <w:color w:val="71808D"/>
                <w:sz w:val="15"/>
              </w:rPr>
              <w:t>[Architecture / design]</w:t>
            </w:r>
          </w:p>
        </w:tc>
      </w:tr>
      <w:tr>
        <w:tc>
          <w:tcPr>
            <w:tcW w:type="dxa" w:w="1655"/>
            <w:tcMar>
              <w:top w:w="75" w:type="dxa"/>
              <w:start w:w="75" w:type="dxa"/>
              <w:bottom w:w="75" w:type="dxa"/>
              <w:end w:w="75" w:type="dxa"/>
            </w:tcMar>
          </w:tcPr>
          <w:p>
            <w:pPr>
              <w:spacing w:after="0"/>
            </w:pPr>
            <w:r>
              <w:rPr>
                <w:rFonts w:ascii="Arimo" w:hAnsi="Arimo" w:eastAsia="Arimo"/>
                <w:i w:val="0"/>
                <w:color w:val="263238"/>
                <w:sz w:val="15"/>
              </w:rPr>
              <w:t>5–8</w:t>
            </w:r>
          </w:p>
        </w:tc>
        <w:tc>
          <w:tcPr>
            <w:tcW w:type="dxa" w:w="2520"/>
            <w:tcMar>
              <w:top w:w="75" w:type="dxa"/>
              <w:start w:w="75" w:type="dxa"/>
              <w:bottom w:w="75" w:type="dxa"/>
              <w:end w:w="75" w:type="dxa"/>
            </w:tcMar>
          </w:tcPr>
          <w:p>
            <w:pPr>
              <w:spacing w:after="0"/>
            </w:pPr>
            <w:r>
              <w:rPr>
                <w:rFonts w:ascii="Arimo" w:hAnsi="Arimo" w:eastAsia="Arimo"/>
                <w:i/>
                <w:color w:val="71808D"/>
                <w:sz w:val="15"/>
              </w:rPr>
              <w:t>[Implementation]</w:t>
            </w:r>
          </w:p>
        </w:tc>
        <w:tc>
          <w:tcPr>
            <w:tcW w:type="dxa" w:w="3671"/>
            <w:tcMar>
              <w:top w:w="75" w:type="dxa"/>
              <w:start w:w="75" w:type="dxa"/>
              <w:bottom w:w="75" w:type="dxa"/>
              <w:end w:w="75" w:type="dxa"/>
            </w:tcMar>
          </w:tcPr>
          <w:p>
            <w:pPr>
              <w:spacing w:after="0"/>
            </w:pPr>
            <w:r>
              <w:rPr>
                <w:rFonts w:ascii="Arimo" w:hAnsi="Arimo" w:eastAsia="Arimo"/>
                <w:i/>
                <w:color w:val="71808D"/>
                <w:sz w:val="15"/>
              </w:rPr>
              <w:t>[Tasks]</w:t>
            </w:r>
          </w:p>
        </w:tc>
        <w:tc>
          <w:tcPr>
            <w:tcW w:type="dxa" w:w="1944"/>
            <w:tcMar>
              <w:top w:w="75" w:type="dxa"/>
              <w:start w:w="75" w:type="dxa"/>
              <w:bottom w:w="75" w:type="dxa"/>
              <w:end w:w="75" w:type="dxa"/>
            </w:tcMar>
          </w:tcPr>
          <w:p>
            <w:pPr>
              <w:spacing w:after="0"/>
            </w:pPr>
            <w:r>
              <w:rPr>
                <w:rFonts w:ascii="Arimo" w:hAnsi="Arimo" w:eastAsia="Arimo"/>
                <w:i/>
                <w:color w:val="71808D"/>
                <w:sz w:val="15"/>
              </w:rPr>
              <w:t>[Prototype / baseline]</w:t>
            </w:r>
          </w:p>
        </w:tc>
      </w:tr>
      <w:tr>
        <w:tc>
          <w:tcPr>
            <w:tcW w:type="dxa" w:w="1655"/>
            <w:tcMar>
              <w:top w:w="75" w:type="dxa"/>
              <w:start w:w="75" w:type="dxa"/>
              <w:bottom w:w="75" w:type="dxa"/>
              <w:end w:w="75" w:type="dxa"/>
            </w:tcMar>
            <w:shd w:fill="FAFBFC"/>
          </w:tcPr>
          <w:p>
            <w:pPr>
              <w:spacing w:after="0"/>
            </w:pPr>
            <w:r>
              <w:rPr>
                <w:rFonts w:ascii="Arimo" w:hAnsi="Arimo" w:eastAsia="Arimo"/>
                <w:i w:val="0"/>
                <w:color w:val="263238"/>
                <w:sz w:val="15"/>
              </w:rPr>
              <w:t>9–11</w:t>
            </w:r>
          </w:p>
        </w:tc>
        <w:tc>
          <w:tcPr>
            <w:tcW w:type="dxa" w:w="2520"/>
            <w:tcMar>
              <w:top w:w="75" w:type="dxa"/>
              <w:start w:w="75" w:type="dxa"/>
              <w:bottom w:w="75" w:type="dxa"/>
              <w:end w:w="75" w:type="dxa"/>
            </w:tcMar>
            <w:shd w:fill="FAFBFC"/>
          </w:tcPr>
          <w:p>
            <w:pPr>
              <w:spacing w:after="0"/>
            </w:pPr>
            <w:r>
              <w:rPr>
                <w:rFonts w:ascii="Arimo" w:hAnsi="Arimo" w:eastAsia="Arimo"/>
                <w:i/>
                <w:color w:val="71808D"/>
                <w:sz w:val="15"/>
              </w:rPr>
              <w:t>[Integration &amp; testing]</w:t>
            </w:r>
          </w:p>
        </w:tc>
        <w:tc>
          <w:tcPr>
            <w:tcW w:type="dxa" w:w="3671"/>
            <w:tcMar>
              <w:top w:w="75" w:type="dxa"/>
              <w:start w:w="75" w:type="dxa"/>
              <w:bottom w:w="75" w:type="dxa"/>
              <w:end w:w="75" w:type="dxa"/>
            </w:tcMar>
            <w:shd w:fill="FAFBFC"/>
          </w:tcPr>
          <w:p>
            <w:pPr>
              <w:spacing w:after="0"/>
            </w:pPr>
            <w:r>
              <w:rPr>
                <w:rFonts w:ascii="Arimo" w:hAnsi="Arimo" w:eastAsia="Arimo"/>
                <w:i/>
                <w:color w:val="71808D"/>
                <w:sz w:val="15"/>
              </w:rPr>
              <w:t>[Tasks]</w:t>
            </w:r>
          </w:p>
        </w:tc>
        <w:tc>
          <w:tcPr>
            <w:tcW w:type="dxa" w:w="1944"/>
            <w:tcMar>
              <w:top w:w="75" w:type="dxa"/>
              <w:start w:w="75" w:type="dxa"/>
              <w:bottom w:w="75" w:type="dxa"/>
              <w:end w:w="75" w:type="dxa"/>
            </w:tcMar>
            <w:shd w:fill="FAFBFC"/>
          </w:tcPr>
          <w:p>
            <w:pPr>
              <w:spacing w:after="0"/>
            </w:pPr>
            <w:r>
              <w:rPr>
                <w:rFonts w:ascii="Arimo" w:hAnsi="Arimo" w:eastAsia="Arimo"/>
                <w:i/>
                <w:color w:val="71808D"/>
                <w:sz w:val="15"/>
              </w:rPr>
              <w:t>[Test results]</w:t>
            </w:r>
          </w:p>
        </w:tc>
      </w:tr>
      <w:tr>
        <w:tc>
          <w:tcPr>
            <w:tcW w:type="dxa" w:w="1655"/>
            <w:tcMar>
              <w:top w:w="75" w:type="dxa"/>
              <w:start w:w="75" w:type="dxa"/>
              <w:bottom w:w="75" w:type="dxa"/>
              <w:end w:w="75" w:type="dxa"/>
            </w:tcMar>
          </w:tcPr>
          <w:p>
            <w:pPr>
              <w:spacing w:after="0"/>
            </w:pPr>
            <w:r>
              <w:rPr>
                <w:rFonts w:ascii="Arimo" w:hAnsi="Arimo" w:eastAsia="Arimo"/>
                <w:i w:val="0"/>
                <w:color w:val="263238"/>
                <w:sz w:val="15"/>
              </w:rPr>
              <w:t>12–14</w:t>
            </w:r>
          </w:p>
        </w:tc>
        <w:tc>
          <w:tcPr>
            <w:tcW w:type="dxa" w:w="2520"/>
            <w:tcMar>
              <w:top w:w="75" w:type="dxa"/>
              <w:start w:w="75" w:type="dxa"/>
              <w:bottom w:w="75" w:type="dxa"/>
              <w:end w:w="75" w:type="dxa"/>
            </w:tcMar>
          </w:tcPr>
          <w:p>
            <w:pPr>
              <w:spacing w:after="0"/>
            </w:pPr>
            <w:r>
              <w:rPr>
                <w:rFonts w:ascii="Arimo" w:hAnsi="Arimo" w:eastAsia="Arimo"/>
                <w:i/>
                <w:color w:val="71808D"/>
                <w:sz w:val="15"/>
              </w:rPr>
              <w:t>[Evaluation &amp; refinement]</w:t>
            </w:r>
          </w:p>
        </w:tc>
        <w:tc>
          <w:tcPr>
            <w:tcW w:type="dxa" w:w="3671"/>
            <w:tcMar>
              <w:top w:w="75" w:type="dxa"/>
              <w:start w:w="75" w:type="dxa"/>
              <w:bottom w:w="75" w:type="dxa"/>
              <w:end w:w="75" w:type="dxa"/>
            </w:tcMar>
          </w:tcPr>
          <w:p>
            <w:pPr>
              <w:spacing w:after="0"/>
            </w:pPr>
            <w:r>
              <w:rPr>
                <w:rFonts w:ascii="Arimo" w:hAnsi="Arimo" w:eastAsia="Arimo"/>
                <w:i/>
                <w:color w:val="71808D"/>
                <w:sz w:val="15"/>
              </w:rPr>
              <w:t>[Tasks]</w:t>
            </w:r>
          </w:p>
        </w:tc>
        <w:tc>
          <w:tcPr>
            <w:tcW w:type="dxa" w:w="1944"/>
            <w:tcMar>
              <w:top w:w="75" w:type="dxa"/>
              <w:start w:w="75" w:type="dxa"/>
              <w:bottom w:w="75" w:type="dxa"/>
              <w:end w:w="75" w:type="dxa"/>
            </w:tcMar>
          </w:tcPr>
          <w:p>
            <w:pPr>
              <w:spacing w:after="0"/>
            </w:pPr>
            <w:r>
              <w:rPr>
                <w:rFonts w:ascii="Arimo" w:hAnsi="Arimo" w:eastAsia="Arimo"/>
                <w:i/>
                <w:color w:val="71808D"/>
                <w:sz w:val="15"/>
              </w:rPr>
              <w:t>[Final results]</w:t>
            </w:r>
          </w:p>
        </w:tc>
      </w:tr>
      <w:tr>
        <w:tc>
          <w:tcPr>
            <w:tcW w:type="dxa" w:w="1655"/>
            <w:tcMar>
              <w:top w:w="75" w:type="dxa"/>
              <w:start w:w="75" w:type="dxa"/>
              <w:bottom w:w="75" w:type="dxa"/>
              <w:end w:w="75" w:type="dxa"/>
            </w:tcMar>
            <w:shd w:fill="FAFBFC"/>
          </w:tcPr>
          <w:p>
            <w:pPr>
              <w:spacing w:after="0"/>
            </w:pPr>
            <w:r>
              <w:rPr>
                <w:rFonts w:ascii="Arimo" w:hAnsi="Arimo" w:eastAsia="Arimo"/>
                <w:i w:val="0"/>
                <w:color w:val="263238"/>
                <w:sz w:val="15"/>
              </w:rPr>
              <w:t>15–16</w:t>
            </w:r>
          </w:p>
        </w:tc>
        <w:tc>
          <w:tcPr>
            <w:tcW w:type="dxa" w:w="2520"/>
            <w:tcMar>
              <w:top w:w="75" w:type="dxa"/>
              <w:start w:w="75" w:type="dxa"/>
              <w:bottom w:w="75" w:type="dxa"/>
              <w:end w:w="75" w:type="dxa"/>
            </w:tcMar>
            <w:shd w:fill="FAFBFC"/>
          </w:tcPr>
          <w:p>
            <w:pPr>
              <w:spacing w:after="0"/>
            </w:pPr>
            <w:r>
              <w:rPr>
                <w:rFonts w:ascii="Arimo" w:hAnsi="Arimo" w:eastAsia="Arimo"/>
                <w:i/>
                <w:color w:val="71808D"/>
                <w:sz w:val="15"/>
              </w:rPr>
              <w:t>[Documentation / presentation]</w:t>
            </w:r>
          </w:p>
        </w:tc>
        <w:tc>
          <w:tcPr>
            <w:tcW w:type="dxa" w:w="3671"/>
            <w:tcMar>
              <w:top w:w="75" w:type="dxa"/>
              <w:start w:w="75" w:type="dxa"/>
              <w:bottom w:w="75" w:type="dxa"/>
              <w:end w:w="75" w:type="dxa"/>
            </w:tcMar>
            <w:shd w:fill="FAFBFC"/>
          </w:tcPr>
          <w:p>
            <w:pPr>
              <w:spacing w:after="0"/>
            </w:pPr>
            <w:r>
              <w:rPr>
                <w:rFonts w:ascii="Arimo" w:hAnsi="Arimo" w:eastAsia="Arimo"/>
                <w:i/>
                <w:color w:val="71808D"/>
                <w:sz w:val="15"/>
              </w:rPr>
              <w:t>[Tasks]</w:t>
            </w:r>
          </w:p>
        </w:tc>
        <w:tc>
          <w:tcPr>
            <w:tcW w:type="dxa" w:w="1944"/>
            <w:tcMar>
              <w:top w:w="75" w:type="dxa"/>
              <w:start w:w="75" w:type="dxa"/>
              <w:bottom w:w="75" w:type="dxa"/>
              <w:end w:w="75" w:type="dxa"/>
            </w:tcMar>
            <w:shd w:fill="FAFBFC"/>
          </w:tcPr>
          <w:p>
            <w:pPr>
              <w:spacing w:after="0"/>
            </w:pPr>
            <w:r>
              <w:rPr>
                <w:rFonts w:ascii="Arimo" w:hAnsi="Arimo" w:eastAsia="Arimo"/>
                <w:i/>
                <w:color w:val="71808D"/>
                <w:sz w:val="15"/>
              </w:rPr>
              <w:t>[Final submission]</w:t>
            </w:r>
          </w:p>
        </w:tc>
      </w:tr>
    </w:tbl>
    <w:p>
      <w:pPr>
        <w:spacing w:after="40"/>
      </w:pPr>
    </w:p>
    <w:p>
      <w:pPr>
        <w:spacing w:after="60" w:line="269" w:lineRule="auto"/>
      </w:pPr>
      <w:r>
        <w:rPr>
          <w:rFonts w:ascii="Arimo" w:hAnsi="Arimo" w:eastAsia="Arimo"/>
          <w:b/>
          <w:i w:val="0"/>
          <w:color w:val="17324D"/>
          <w:sz w:val="22"/>
        </w:rPr>
        <w:t>8.2 Risk Register</w:t>
      </w:r>
    </w:p>
    <w:tbl>
      <w:tblPr>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3024"/>
            <w:shd w:fill="17324D"/>
            <w:tcMar>
              <w:top w:w="80" w:type="dxa"/>
              <w:start w:w="80" w:type="dxa"/>
              <w:bottom w:w="80" w:type="dxa"/>
              <w:end w:w="80" w:type="dxa"/>
            </w:tcMar>
          </w:tcPr>
          <w:p>
            <w:pPr>
              <w:spacing w:after="0"/>
              <w:jc w:val="center"/>
            </w:pPr>
            <w:r>
              <w:rPr>
                <w:rFonts w:ascii="Arimo" w:hAnsi="Arimo" w:eastAsia="Arimo"/>
                <w:b/>
                <w:color w:val="FFFFFF"/>
                <w:sz w:val="16"/>
              </w:rPr>
              <w:t>Risk</w:t>
            </w:r>
          </w:p>
        </w:tc>
        <w:tc>
          <w:tcPr>
            <w:tcW w:type="dxa" w:w="1440"/>
            <w:shd w:fill="17324D"/>
            <w:tcMar>
              <w:top w:w="80" w:type="dxa"/>
              <w:start w:w="80" w:type="dxa"/>
              <w:bottom w:w="80" w:type="dxa"/>
              <w:end w:w="80" w:type="dxa"/>
            </w:tcMar>
          </w:tcPr>
          <w:p>
            <w:pPr>
              <w:spacing w:after="0"/>
              <w:jc w:val="center"/>
            </w:pPr>
            <w:r>
              <w:rPr>
                <w:rFonts w:ascii="Arimo" w:hAnsi="Arimo" w:eastAsia="Arimo"/>
                <w:b/>
                <w:color w:val="FFFFFF"/>
                <w:sz w:val="16"/>
              </w:rPr>
              <w:t>Likelihood</w:t>
            </w:r>
          </w:p>
        </w:tc>
        <w:tc>
          <w:tcPr>
            <w:tcW w:type="dxa" w:w="1296"/>
            <w:shd w:fill="17324D"/>
            <w:tcMar>
              <w:top w:w="80" w:type="dxa"/>
              <w:start w:w="80" w:type="dxa"/>
              <w:bottom w:w="80" w:type="dxa"/>
              <w:end w:w="80" w:type="dxa"/>
            </w:tcMar>
          </w:tcPr>
          <w:p>
            <w:pPr>
              <w:spacing w:after="0"/>
              <w:jc w:val="center"/>
            </w:pPr>
            <w:r>
              <w:rPr>
                <w:rFonts w:ascii="Arimo" w:hAnsi="Arimo" w:eastAsia="Arimo"/>
                <w:b/>
                <w:color w:val="FFFFFF"/>
                <w:sz w:val="16"/>
              </w:rPr>
              <w:t>Impact</w:t>
            </w:r>
          </w:p>
        </w:tc>
        <w:tc>
          <w:tcPr>
            <w:tcW w:type="dxa" w:w="4031"/>
            <w:shd w:fill="17324D"/>
            <w:tcMar>
              <w:top w:w="80" w:type="dxa"/>
              <w:start w:w="80" w:type="dxa"/>
              <w:bottom w:w="80" w:type="dxa"/>
              <w:end w:w="80" w:type="dxa"/>
            </w:tcMar>
          </w:tcPr>
          <w:p>
            <w:pPr>
              <w:spacing w:after="0"/>
              <w:jc w:val="center"/>
            </w:pPr>
            <w:r>
              <w:rPr>
                <w:rFonts w:ascii="Arimo" w:hAnsi="Arimo" w:eastAsia="Arimo"/>
                <w:b/>
                <w:color w:val="FFFFFF"/>
                <w:sz w:val="16"/>
              </w:rPr>
              <w:t>Mitigation / Contingency</w:t>
            </w:r>
          </w:p>
        </w:tc>
      </w:tr>
      <w:tr>
        <w:tc>
          <w:tcPr>
            <w:tcW w:type="dxa" w:w="3024"/>
            <w:tcMar>
              <w:top w:w="75" w:type="dxa"/>
              <w:start w:w="75" w:type="dxa"/>
              <w:bottom w:w="75" w:type="dxa"/>
              <w:end w:w="75" w:type="dxa"/>
            </w:tcMar>
          </w:tcPr>
          <w:p>
            <w:pPr>
              <w:spacing w:after="0"/>
            </w:pPr>
            <w:r>
              <w:rPr>
                <w:rFonts w:ascii="Arimo" w:hAnsi="Arimo" w:eastAsia="Arimo"/>
                <w:i/>
                <w:color w:val="71808D"/>
                <w:sz w:val="16"/>
              </w:rPr>
              <w:t>[Dataset unavailable / poor quality]</w:t>
            </w:r>
          </w:p>
        </w:tc>
        <w:tc>
          <w:tcPr>
            <w:tcW w:type="dxa" w:w="1440"/>
            <w:tcMar>
              <w:top w:w="75" w:type="dxa"/>
              <w:start w:w="75" w:type="dxa"/>
              <w:bottom w:w="75" w:type="dxa"/>
              <w:end w:w="75" w:type="dxa"/>
            </w:tcMar>
          </w:tcPr>
          <w:p>
            <w:pPr>
              <w:spacing w:after="0"/>
            </w:pPr>
            <w:r>
              <w:rPr>
                <w:rFonts w:ascii="Arimo" w:hAnsi="Arimo" w:eastAsia="Arimo"/>
                <w:i/>
                <w:color w:val="71808D"/>
                <w:sz w:val="16"/>
              </w:rPr>
              <w:t>[L/M/H]</w:t>
            </w:r>
          </w:p>
        </w:tc>
        <w:tc>
          <w:tcPr>
            <w:tcW w:type="dxa" w:w="1296"/>
            <w:tcMar>
              <w:top w:w="75" w:type="dxa"/>
              <w:start w:w="75" w:type="dxa"/>
              <w:bottom w:w="75" w:type="dxa"/>
              <w:end w:w="75" w:type="dxa"/>
            </w:tcMar>
          </w:tcPr>
          <w:p>
            <w:pPr>
              <w:spacing w:after="0"/>
            </w:pPr>
            <w:r>
              <w:rPr>
                <w:rFonts w:ascii="Arimo" w:hAnsi="Arimo" w:eastAsia="Arimo"/>
                <w:i/>
                <w:color w:val="71808D"/>
                <w:sz w:val="16"/>
              </w:rPr>
              <w:t>[L/M/H]</w:t>
            </w:r>
          </w:p>
        </w:tc>
        <w:tc>
          <w:tcPr>
            <w:tcW w:type="dxa" w:w="4031"/>
            <w:tcMar>
              <w:top w:w="75" w:type="dxa"/>
              <w:start w:w="75" w:type="dxa"/>
              <w:bottom w:w="75" w:type="dxa"/>
              <w:end w:w="75" w:type="dxa"/>
            </w:tcMar>
          </w:tcPr>
          <w:p>
            <w:pPr>
              <w:spacing w:after="0"/>
            </w:pPr>
            <w:r>
              <w:rPr>
                <w:rFonts w:ascii="Arimo" w:hAnsi="Arimo" w:eastAsia="Arimo"/>
                <w:i/>
                <w:color w:val="71808D"/>
                <w:sz w:val="16"/>
              </w:rPr>
              <w:t>[Alternative data / synthetic sample]</w:t>
            </w:r>
          </w:p>
        </w:tc>
      </w:tr>
      <w:tr>
        <w:tc>
          <w:tcPr>
            <w:tcW w:type="dxa" w:w="3024"/>
            <w:tcMar>
              <w:top w:w="75" w:type="dxa"/>
              <w:start w:w="75" w:type="dxa"/>
              <w:bottom w:w="75" w:type="dxa"/>
              <w:end w:w="75" w:type="dxa"/>
            </w:tcMar>
            <w:shd w:fill="FAFBFC"/>
          </w:tcPr>
          <w:p>
            <w:pPr>
              <w:spacing w:after="0"/>
            </w:pPr>
            <w:r>
              <w:rPr>
                <w:rFonts w:ascii="Arimo" w:hAnsi="Arimo" w:eastAsia="Arimo"/>
                <w:i/>
                <w:color w:val="71808D"/>
                <w:sz w:val="16"/>
              </w:rPr>
              <w:t>[Hardware delivery delay]</w:t>
            </w:r>
          </w:p>
        </w:tc>
        <w:tc>
          <w:tcPr>
            <w:tcW w:type="dxa" w:w="1440"/>
            <w:tcMar>
              <w:top w:w="75" w:type="dxa"/>
              <w:start w:w="75" w:type="dxa"/>
              <w:bottom w:w="75" w:type="dxa"/>
              <w:end w:w="75" w:type="dxa"/>
            </w:tcMar>
            <w:shd w:fill="FAFBFC"/>
          </w:tcPr>
          <w:p>
            <w:pPr>
              <w:spacing w:after="0"/>
            </w:pPr>
            <w:r>
              <w:rPr>
                <w:rFonts w:ascii="Arimo" w:hAnsi="Arimo" w:eastAsia="Arimo"/>
                <w:i/>
                <w:color w:val="71808D"/>
                <w:sz w:val="16"/>
              </w:rPr>
              <w:t>[L/M/H]</w:t>
            </w:r>
          </w:p>
        </w:tc>
        <w:tc>
          <w:tcPr>
            <w:tcW w:type="dxa" w:w="1296"/>
            <w:tcMar>
              <w:top w:w="75" w:type="dxa"/>
              <w:start w:w="75" w:type="dxa"/>
              <w:bottom w:w="75" w:type="dxa"/>
              <w:end w:w="75" w:type="dxa"/>
            </w:tcMar>
            <w:shd w:fill="FAFBFC"/>
          </w:tcPr>
          <w:p>
            <w:pPr>
              <w:spacing w:after="0"/>
            </w:pPr>
            <w:r>
              <w:rPr>
                <w:rFonts w:ascii="Arimo" w:hAnsi="Arimo" w:eastAsia="Arimo"/>
                <w:i/>
                <w:color w:val="71808D"/>
                <w:sz w:val="16"/>
              </w:rPr>
              <w:t>[L/M/H]</w:t>
            </w:r>
          </w:p>
        </w:tc>
        <w:tc>
          <w:tcPr>
            <w:tcW w:type="dxa" w:w="4031"/>
            <w:tcMar>
              <w:top w:w="75" w:type="dxa"/>
              <w:start w:w="75" w:type="dxa"/>
              <w:bottom w:w="75" w:type="dxa"/>
              <w:end w:w="75" w:type="dxa"/>
            </w:tcMar>
            <w:shd w:fill="FAFBFC"/>
          </w:tcPr>
          <w:p>
            <w:pPr>
              <w:spacing w:after="0"/>
            </w:pPr>
            <w:r>
              <w:rPr>
                <w:rFonts w:ascii="Arimo" w:hAnsi="Arimo" w:eastAsia="Arimo"/>
                <w:i/>
                <w:color w:val="71808D"/>
                <w:sz w:val="16"/>
              </w:rPr>
              <w:t>[Local substitute / simulation]</w:t>
            </w:r>
          </w:p>
        </w:tc>
      </w:tr>
      <w:tr>
        <w:tc>
          <w:tcPr>
            <w:tcW w:type="dxa" w:w="3024"/>
            <w:tcMar>
              <w:top w:w="75" w:type="dxa"/>
              <w:start w:w="75" w:type="dxa"/>
              <w:bottom w:w="75" w:type="dxa"/>
              <w:end w:w="75" w:type="dxa"/>
            </w:tcMar>
          </w:tcPr>
          <w:p>
            <w:pPr>
              <w:spacing w:after="0"/>
            </w:pPr>
            <w:r>
              <w:rPr>
                <w:rFonts w:ascii="Arimo" w:hAnsi="Arimo" w:eastAsia="Arimo"/>
                <w:i/>
                <w:color w:val="71808D"/>
                <w:sz w:val="16"/>
              </w:rPr>
              <w:t>[Integration failure]</w:t>
            </w:r>
          </w:p>
        </w:tc>
        <w:tc>
          <w:tcPr>
            <w:tcW w:type="dxa" w:w="1440"/>
            <w:tcMar>
              <w:top w:w="75" w:type="dxa"/>
              <w:start w:w="75" w:type="dxa"/>
              <w:bottom w:w="75" w:type="dxa"/>
              <w:end w:w="75" w:type="dxa"/>
            </w:tcMar>
          </w:tcPr>
          <w:p>
            <w:pPr>
              <w:spacing w:after="0"/>
            </w:pPr>
            <w:r>
              <w:rPr>
                <w:rFonts w:ascii="Arimo" w:hAnsi="Arimo" w:eastAsia="Arimo"/>
                <w:i/>
                <w:color w:val="71808D"/>
                <w:sz w:val="16"/>
              </w:rPr>
              <w:t>[L/M/H]</w:t>
            </w:r>
          </w:p>
        </w:tc>
        <w:tc>
          <w:tcPr>
            <w:tcW w:type="dxa" w:w="1296"/>
            <w:tcMar>
              <w:top w:w="75" w:type="dxa"/>
              <w:start w:w="75" w:type="dxa"/>
              <w:bottom w:w="75" w:type="dxa"/>
              <w:end w:w="75" w:type="dxa"/>
            </w:tcMar>
          </w:tcPr>
          <w:p>
            <w:pPr>
              <w:spacing w:after="0"/>
            </w:pPr>
            <w:r>
              <w:rPr>
                <w:rFonts w:ascii="Arimo" w:hAnsi="Arimo" w:eastAsia="Arimo"/>
                <w:i/>
                <w:color w:val="71808D"/>
                <w:sz w:val="16"/>
              </w:rPr>
              <w:t>[L/M/H]</w:t>
            </w:r>
          </w:p>
        </w:tc>
        <w:tc>
          <w:tcPr>
            <w:tcW w:type="dxa" w:w="4031"/>
            <w:tcMar>
              <w:top w:w="75" w:type="dxa"/>
              <w:start w:w="75" w:type="dxa"/>
              <w:bottom w:w="75" w:type="dxa"/>
              <w:end w:w="75" w:type="dxa"/>
            </w:tcMar>
          </w:tcPr>
          <w:p>
            <w:pPr>
              <w:spacing w:after="0"/>
            </w:pPr>
            <w:r>
              <w:rPr>
                <w:rFonts w:ascii="Arimo" w:hAnsi="Arimo" w:eastAsia="Arimo"/>
                <w:i/>
                <w:color w:val="71808D"/>
                <w:sz w:val="16"/>
              </w:rPr>
              <w:t>[Modular testing / fallback scope]</w:t>
            </w:r>
          </w:p>
        </w:tc>
      </w:tr>
      <w:tr>
        <w:tc>
          <w:tcPr>
            <w:tcW w:type="dxa" w:w="3024"/>
            <w:tcMar>
              <w:top w:w="75" w:type="dxa"/>
              <w:start w:w="75" w:type="dxa"/>
              <w:bottom w:w="75" w:type="dxa"/>
              <w:end w:w="75" w:type="dxa"/>
            </w:tcMar>
            <w:shd w:fill="FAFBFC"/>
          </w:tcPr>
          <w:p>
            <w:pPr>
              <w:spacing w:after="0"/>
            </w:pPr>
            <w:r>
              <w:rPr>
                <w:rFonts w:ascii="Arimo" w:hAnsi="Arimo" w:eastAsia="Arimo"/>
                <w:i/>
                <w:color w:val="71808D"/>
                <w:sz w:val="16"/>
              </w:rPr>
              <w:t>[Performance below target]</w:t>
            </w:r>
          </w:p>
        </w:tc>
        <w:tc>
          <w:tcPr>
            <w:tcW w:type="dxa" w:w="1440"/>
            <w:tcMar>
              <w:top w:w="75" w:type="dxa"/>
              <w:start w:w="75" w:type="dxa"/>
              <w:bottom w:w="75" w:type="dxa"/>
              <w:end w:w="75" w:type="dxa"/>
            </w:tcMar>
            <w:shd w:fill="FAFBFC"/>
          </w:tcPr>
          <w:p>
            <w:pPr>
              <w:spacing w:after="0"/>
            </w:pPr>
            <w:r>
              <w:rPr>
                <w:rFonts w:ascii="Arimo" w:hAnsi="Arimo" w:eastAsia="Arimo"/>
                <w:i/>
                <w:color w:val="71808D"/>
                <w:sz w:val="16"/>
              </w:rPr>
              <w:t>[L/M/H]</w:t>
            </w:r>
          </w:p>
        </w:tc>
        <w:tc>
          <w:tcPr>
            <w:tcW w:type="dxa" w:w="1296"/>
            <w:tcMar>
              <w:top w:w="75" w:type="dxa"/>
              <w:start w:w="75" w:type="dxa"/>
              <w:bottom w:w="75" w:type="dxa"/>
              <w:end w:w="75" w:type="dxa"/>
            </w:tcMar>
            <w:shd w:fill="FAFBFC"/>
          </w:tcPr>
          <w:p>
            <w:pPr>
              <w:spacing w:after="0"/>
            </w:pPr>
            <w:r>
              <w:rPr>
                <w:rFonts w:ascii="Arimo" w:hAnsi="Arimo" w:eastAsia="Arimo"/>
                <w:i/>
                <w:color w:val="71808D"/>
                <w:sz w:val="16"/>
              </w:rPr>
              <w:t>[L/M/H]</w:t>
            </w:r>
          </w:p>
        </w:tc>
        <w:tc>
          <w:tcPr>
            <w:tcW w:type="dxa" w:w="4031"/>
            <w:tcMar>
              <w:top w:w="75" w:type="dxa"/>
              <w:start w:w="75" w:type="dxa"/>
              <w:bottom w:w="75" w:type="dxa"/>
              <w:end w:w="75" w:type="dxa"/>
            </w:tcMar>
            <w:shd w:fill="FAFBFC"/>
          </w:tcPr>
          <w:p>
            <w:pPr>
              <w:spacing w:after="0"/>
            </w:pPr>
            <w:r>
              <w:rPr>
                <w:rFonts w:ascii="Arimo" w:hAnsi="Arimo" w:eastAsia="Arimo"/>
                <w:i/>
                <w:color w:val="71808D"/>
                <w:sz w:val="16"/>
              </w:rPr>
              <w:t>[Benchmark / tune / redefine threshold with approval]</w:t>
            </w:r>
          </w:p>
        </w:tc>
      </w:tr>
    </w:tbl>
    <w:p>
      <w:pPr>
        <w:spacing w:after="40"/>
      </w:pPr>
    </w:p>
    <w:p>
      <w:pPr>
        <w:spacing w:after="60" w:line="269" w:lineRule="auto"/>
      </w:pPr>
      <w:r>
        <w:rPr>
          <w:rFonts w:ascii="Arimo" w:hAnsi="Arimo" w:eastAsia="Arimo"/>
          <w:b/>
          <w:i w:val="0"/>
          <w:color w:val="17324D"/>
          <w:sz w:val="22"/>
        </w:rPr>
        <w:t>8.3 Budget / Bill of Materials (if applicable)</w:t>
      </w:r>
    </w:p>
    <w:tbl>
      <w:tblPr>
        <w:tblW w:type="auto" w:w="0"/>
        <w:jc w:val="center"/>
        <w:tblLayout w:type="fixed"/>
        <w:tblLook w:firstColumn="1" w:firstRow="1" w:lastColumn="0" w:lastRow="0" w:noHBand="0" w:noVBand="1" w:val="04A0"/>
      </w:tblPr>
      <w:tblGrid>
        <w:gridCol w:w="1999"/>
        <w:gridCol w:w="1999"/>
        <w:gridCol w:w="1999"/>
        <w:gridCol w:w="1999"/>
        <w:gridCol w:w="1999"/>
      </w:tblGrid>
      <w:tr>
        <w:trPr>
          <w:tblHeader w:val="true"/>
        </w:trPr>
        <w:tc>
          <w:tcPr>
            <w:tcW w:type="dxa" w:w="3240"/>
            <w:shd w:fill="17324D"/>
            <w:tcMar>
              <w:top w:w="80" w:type="dxa"/>
              <w:start w:w="80" w:type="dxa"/>
              <w:bottom w:w="80" w:type="dxa"/>
              <w:end w:w="80" w:type="dxa"/>
            </w:tcMar>
          </w:tcPr>
          <w:p>
            <w:pPr>
              <w:spacing w:after="0"/>
              <w:jc w:val="center"/>
            </w:pPr>
            <w:r>
              <w:rPr>
                <w:rFonts w:ascii="Arimo" w:hAnsi="Arimo" w:eastAsia="Arimo"/>
                <w:b/>
                <w:color w:val="FFFFFF"/>
                <w:sz w:val="16"/>
              </w:rPr>
              <w:t>Item</w:t>
            </w:r>
          </w:p>
        </w:tc>
        <w:tc>
          <w:tcPr>
            <w:tcW w:type="dxa" w:w="792"/>
            <w:shd w:fill="17324D"/>
            <w:tcMar>
              <w:top w:w="80" w:type="dxa"/>
              <w:start w:w="80" w:type="dxa"/>
              <w:bottom w:w="80" w:type="dxa"/>
              <w:end w:w="80" w:type="dxa"/>
            </w:tcMar>
          </w:tcPr>
          <w:p>
            <w:pPr>
              <w:spacing w:after="0"/>
              <w:jc w:val="center"/>
            </w:pPr>
            <w:r>
              <w:rPr>
                <w:rFonts w:ascii="Arimo" w:hAnsi="Arimo" w:eastAsia="Arimo"/>
                <w:b/>
                <w:color w:val="FFFFFF"/>
                <w:sz w:val="16"/>
              </w:rPr>
              <w:t>Qty</w:t>
            </w:r>
          </w:p>
        </w:tc>
        <w:tc>
          <w:tcPr>
            <w:tcW w:type="dxa" w:w="1584"/>
            <w:shd w:fill="17324D"/>
            <w:tcMar>
              <w:top w:w="80" w:type="dxa"/>
              <w:start w:w="80" w:type="dxa"/>
              <w:bottom w:w="80" w:type="dxa"/>
              <w:end w:w="80" w:type="dxa"/>
            </w:tcMar>
          </w:tcPr>
          <w:p>
            <w:pPr>
              <w:spacing w:after="0"/>
              <w:jc w:val="center"/>
            </w:pPr>
            <w:r>
              <w:rPr>
                <w:rFonts w:ascii="Arimo" w:hAnsi="Arimo" w:eastAsia="Arimo"/>
                <w:b/>
                <w:color w:val="FFFFFF"/>
                <w:sz w:val="16"/>
              </w:rPr>
              <w:t>Unit Cost</w:t>
            </w:r>
          </w:p>
        </w:tc>
        <w:tc>
          <w:tcPr>
            <w:tcW w:type="dxa" w:w="1440"/>
            <w:shd w:fill="17324D"/>
            <w:tcMar>
              <w:top w:w="80" w:type="dxa"/>
              <w:start w:w="80" w:type="dxa"/>
              <w:bottom w:w="80" w:type="dxa"/>
              <w:end w:w="80" w:type="dxa"/>
            </w:tcMar>
          </w:tcPr>
          <w:p>
            <w:pPr>
              <w:spacing w:after="0"/>
              <w:jc w:val="center"/>
            </w:pPr>
            <w:r>
              <w:rPr>
                <w:rFonts w:ascii="Arimo" w:hAnsi="Arimo" w:eastAsia="Arimo"/>
                <w:b/>
                <w:color w:val="FFFFFF"/>
                <w:sz w:val="16"/>
              </w:rPr>
              <w:t>Total</w:t>
            </w:r>
          </w:p>
        </w:tc>
        <w:tc>
          <w:tcPr>
            <w:tcW w:type="dxa" w:w="2736"/>
            <w:shd w:fill="17324D"/>
            <w:tcMar>
              <w:top w:w="80" w:type="dxa"/>
              <w:start w:w="80" w:type="dxa"/>
              <w:bottom w:w="80" w:type="dxa"/>
              <w:end w:w="80" w:type="dxa"/>
            </w:tcMar>
          </w:tcPr>
          <w:p>
            <w:pPr>
              <w:spacing w:after="0"/>
              <w:jc w:val="center"/>
            </w:pPr>
            <w:r>
              <w:rPr>
                <w:rFonts w:ascii="Arimo" w:hAnsi="Arimo" w:eastAsia="Arimo"/>
                <w:b/>
                <w:color w:val="FFFFFF"/>
                <w:sz w:val="16"/>
              </w:rPr>
              <w:t>Source / Notes</w:t>
            </w:r>
          </w:p>
        </w:tc>
      </w:tr>
      <w:tr>
        <w:tc>
          <w:tcPr>
            <w:tcW w:type="dxa" w:w="3240"/>
            <w:tcMar>
              <w:top w:w="75" w:type="dxa"/>
              <w:start w:w="75" w:type="dxa"/>
              <w:bottom w:w="75" w:type="dxa"/>
              <w:end w:w="75" w:type="dxa"/>
            </w:tcMar>
          </w:tcPr>
          <w:p>
            <w:pPr>
              <w:spacing w:after="0"/>
            </w:pPr>
            <w:r>
              <w:rPr>
                <w:rFonts w:ascii="Arimo" w:hAnsi="Arimo" w:eastAsia="Arimo"/>
                <w:i/>
                <w:color w:val="71808D"/>
                <w:sz w:val="16"/>
              </w:rPr>
              <w:t>[Component / material / licence]</w:t>
            </w:r>
          </w:p>
        </w:tc>
        <w:tc>
          <w:tcPr>
            <w:tcW w:type="dxa" w:w="792"/>
            <w:tcMar>
              <w:top w:w="75" w:type="dxa"/>
              <w:start w:w="75" w:type="dxa"/>
              <w:bottom w:w="75" w:type="dxa"/>
              <w:end w:w="75" w:type="dxa"/>
            </w:tcMar>
          </w:tcPr>
          <w:p>
            <w:pPr>
              <w:spacing w:after="0"/>
            </w:pPr>
            <w:r>
              <w:rPr>
                <w:rFonts w:ascii="Arimo" w:hAnsi="Arimo" w:eastAsia="Arimo"/>
                <w:i/>
                <w:color w:val="71808D"/>
                <w:sz w:val="16"/>
              </w:rPr>
              <w:t>[1]</w:t>
            </w:r>
          </w:p>
        </w:tc>
        <w:tc>
          <w:tcPr>
            <w:tcW w:type="dxa" w:w="1584"/>
            <w:tcMar>
              <w:top w:w="75" w:type="dxa"/>
              <w:start w:w="75" w:type="dxa"/>
              <w:bottom w:w="75" w:type="dxa"/>
              <w:end w:w="75" w:type="dxa"/>
            </w:tcMar>
          </w:tcPr>
          <w:p>
            <w:pPr>
              <w:spacing w:after="0"/>
            </w:pPr>
            <w:r>
              <w:rPr>
                <w:rFonts w:ascii="Arimo" w:hAnsi="Arimo" w:eastAsia="Arimo"/>
                <w:i/>
                <w:color w:val="71808D"/>
                <w:sz w:val="16"/>
              </w:rPr>
              <w:t>[$ / ₹ / £]</w:t>
            </w:r>
          </w:p>
        </w:tc>
        <w:tc>
          <w:tcPr>
            <w:tcW w:type="dxa" w:w="1440"/>
            <w:tcMar>
              <w:top w:w="75" w:type="dxa"/>
              <w:start w:w="75" w:type="dxa"/>
              <w:bottom w:w="75" w:type="dxa"/>
              <w:end w:w="75" w:type="dxa"/>
            </w:tcMar>
          </w:tcPr>
          <w:p>
            <w:pPr>
              <w:spacing w:after="0"/>
            </w:pPr>
            <w:r>
              <w:rPr>
                <w:rFonts w:ascii="Arimo" w:hAnsi="Arimo" w:eastAsia="Arimo"/>
                <w:i/>
                <w:color w:val="71808D"/>
                <w:sz w:val="16"/>
              </w:rPr>
              <w:t>[Amount]</w:t>
            </w:r>
          </w:p>
        </w:tc>
        <w:tc>
          <w:tcPr>
            <w:tcW w:type="dxa" w:w="2736"/>
            <w:tcMar>
              <w:top w:w="75" w:type="dxa"/>
              <w:start w:w="75" w:type="dxa"/>
              <w:bottom w:w="75" w:type="dxa"/>
              <w:end w:w="75" w:type="dxa"/>
            </w:tcMar>
          </w:tcPr>
          <w:p>
            <w:pPr>
              <w:spacing w:after="0"/>
            </w:pPr>
            <w:r>
              <w:rPr>
                <w:rFonts w:ascii="Arimo" w:hAnsi="Arimo" w:eastAsia="Arimo"/>
                <w:i/>
                <w:color w:val="71808D"/>
                <w:sz w:val="16"/>
              </w:rPr>
              <w:t>[Supplier / existing lab stock]</w:t>
            </w:r>
          </w:p>
        </w:tc>
      </w:tr>
      <w:tr>
        <w:tc>
          <w:tcPr>
            <w:tcW w:type="dxa" w:w="3240"/>
            <w:tcMar>
              <w:top w:w="75" w:type="dxa"/>
              <w:start w:w="75" w:type="dxa"/>
              <w:bottom w:w="75" w:type="dxa"/>
              <w:end w:w="75" w:type="dxa"/>
            </w:tcMar>
            <w:shd w:fill="FAFBFC"/>
          </w:tcPr>
          <w:p>
            <w:pPr>
              <w:spacing w:after="0"/>
            </w:pPr>
            <w:r>
              <w:rPr>
                <w:rFonts w:ascii="Arimo" w:hAnsi="Arimo" w:eastAsia="Arimo"/>
                <w:i/>
                <w:color w:val="71808D"/>
                <w:sz w:val="16"/>
              </w:rPr>
              <w:t>[Item]</w:t>
            </w:r>
          </w:p>
        </w:tc>
        <w:tc>
          <w:tcPr>
            <w:tcW w:type="dxa" w:w="792"/>
            <w:tcMar>
              <w:top w:w="75" w:type="dxa"/>
              <w:start w:w="75" w:type="dxa"/>
              <w:bottom w:w="75" w:type="dxa"/>
              <w:end w:w="75" w:type="dxa"/>
            </w:tcMar>
            <w:shd w:fill="FAFBFC"/>
          </w:tcPr>
          <w:p>
            <w:pPr>
              <w:spacing w:after="0"/>
            </w:pPr>
            <w:r>
              <w:rPr>
                <w:rFonts w:ascii="Arimo" w:hAnsi="Arimo" w:eastAsia="Arimo"/>
                <w:i/>
                <w:color w:val="71808D"/>
                <w:sz w:val="16"/>
              </w:rPr>
              <w:t>[Qty]</w:t>
            </w:r>
          </w:p>
        </w:tc>
        <w:tc>
          <w:tcPr>
            <w:tcW w:type="dxa" w:w="1584"/>
            <w:tcMar>
              <w:top w:w="75" w:type="dxa"/>
              <w:start w:w="75" w:type="dxa"/>
              <w:bottom w:w="75" w:type="dxa"/>
              <w:end w:w="75" w:type="dxa"/>
            </w:tcMar>
            <w:shd w:fill="FAFBFC"/>
          </w:tcPr>
          <w:p>
            <w:pPr>
              <w:spacing w:after="0"/>
            </w:pPr>
            <w:r>
              <w:rPr>
                <w:rFonts w:ascii="Arimo" w:hAnsi="Arimo" w:eastAsia="Arimo"/>
                <w:i/>
                <w:color w:val="71808D"/>
                <w:sz w:val="16"/>
              </w:rPr>
              <w:t>[Cost]</w:t>
            </w:r>
          </w:p>
        </w:tc>
        <w:tc>
          <w:tcPr>
            <w:tcW w:type="dxa" w:w="1440"/>
            <w:tcMar>
              <w:top w:w="75" w:type="dxa"/>
              <w:start w:w="75" w:type="dxa"/>
              <w:bottom w:w="75" w:type="dxa"/>
              <w:end w:w="75" w:type="dxa"/>
            </w:tcMar>
            <w:shd w:fill="FAFBFC"/>
          </w:tcPr>
          <w:p>
            <w:pPr>
              <w:spacing w:after="0"/>
            </w:pPr>
            <w:r>
              <w:rPr>
                <w:rFonts w:ascii="Arimo" w:hAnsi="Arimo" w:eastAsia="Arimo"/>
                <w:i/>
                <w:color w:val="71808D"/>
                <w:sz w:val="16"/>
              </w:rPr>
              <w:t>[Amount]</w:t>
            </w:r>
          </w:p>
        </w:tc>
        <w:tc>
          <w:tcPr>
            <w:tcW w:type="dxa" w:w="2736"/>
            <w:tcMar>
              <w:top w:w="75" w:type="dxa"/>
              <w:start w:w="75" w:type="dxa"/>
              <w:bottom w:w="75" w:type="dxa"/>
              <w:end w:w="75" w:type="dxa"/>
            </w:tcMar>
            <w:shd w:fill="FAFBFC"/>
          </w:tcPr>
          <w:p>
            <w:pPr>
              <w:spacing w:after="0"/>
            </w:pPr>
            <w:r>
              <w:rPr>
                <w:rFonts w:ascii="Arimo" w:hAnsi="Arimo" w:eastAsia="Arimo"/>
                <w:i/>
                <w:color w:val="71808D"/>
                <w:sz w:val="16"/>
              </w:rPr>
              <w:t>[Notes]</w:t>
            </w:r>
          </w:p>
        </w:tc>
      </w:tr>
      <w:tr>
        <w:tc>
          <w:tcPr>
            <w:tcW w:type="dxa" w:w="3240"/>
            <w:tcMar>
              <w:top w:w="75" w:type="dxa"/>
              <w:start w:w="75" w:type="dxa"/>
              <w:bottom w:w="75" w:type="dxa"/>
              <w:end w:w="75" w:type="dxa"/>
            </w:tcMar>
          </w:tcPr>
          <w:p>
            <w:pPr>
              <w:spacing w:after="0"/>
            </w:pPr>
            <w:r>
              <w:rPr>
                <w:rFonts w:ascii="Arimo" w:hAnsi="Arimo" w:eastAsia="Arimo"/>
                <w:i/>
                <w:color w:val="71808D"/>
                <w:sz w:val="16"/>
              </w:rPr>
              <w:t>[Item]</w:t>
            </w:r>
          </w:p>
        </w:tc>
        <w:tc>
          <w:tcPr>
            <w:tcW w:type="dxa" w:w="792"/>
            <w:tcMar>
              <w:top w:w="75" w:type="dxa"/>
              <w:start w:w="75" w:type="dxa"/>
              <w:bottom w:w="75" w:type="dxa"/>
              <w:end w:w="75" w:type="dxa"/>
            </w:tcMar>
          </w:tcPr>
          <w:p>
            <w:pPr>
              <w:spacing w:after="0"/>
            </w:pPr>
            <w:r>
              <w:rPr>
                <w:rFonts w:ascii="Arimo" w:hAnsi="Arimo" w:eastAsia="Arimo"/>
                <w:i/>
                <w:color w:val="71808D"/>
                <w:sz w:val="16"/>
              </w:rPr>
              <w:t>[Qty]</w:t>
            </w:r>
          </w:p>
        </w:tc>
        <w:tc>
          <w:tcPr>
            <w:tcW w:type="dxa" w:w="1584"/>
            <w:tcMar>
              <w:top w:w="75" w:type="dxa"/>
              <w:start w:w="75" w:type="dxa"/>
              <w:bottom w:w="75" w:type="dxa"/>
              <w:end w:w="75" w:type="dxa"/>
            </w:tcMar>
          </w:tcPr>
          <w:p>
            <w:pPr>
              <w:spacing w:after="0"/>
            </w:pPr>
            <w:r>
              <w:rPr>
                <w:rFonts w:ascii="Arimo" w:hAnsi="Arimo" w:eastAsia="Arimo"/>
                <w:i/>
                <w:color w:val="71808D"/>
                <w:sz w:val="16"/>
              </w:rPr>
              <w:t>[Cost]</w:t>
            </w:r>
          </w:p>
        </w:tc>
        <w:tc>
          <w:tcPr>
            <w:tcW w:type="dxa" w:w="1440"/>
            <w:tcMar>
              <w:top w:w="75" w:type="dxa"/>
              <w:start w:w="75" w:type="dxa"/>
              <w:bottom w:w="75" w:type="dxa"/>
              <w:end w:w="75" w:type="dxa"/>
            </w:tcMar>
          </w:tcPr>
          <w:p>
            <w:pPr>
              <w:spacing w:after="0"/>
            </w:pPr>
            <w:r>
              <w:rPr>
                <w:rFonts w:ascii="Arimo" w:hAnsi="Arimo" w:eastAsia="Arimo"/>
                <w:i/>
                <w:color w:val="71808D"/>
                <w:sz w:val="16"/>
              </w:rPr>
              <w:t>[Amount]</w:t>
            </w:r>
          </w:p>
        </w:tc>
        <w:tc>
          <w:tcPr>
            <w:tcW w:type="dxa" w:w="2736"/>
            <w:tcMar>
              <w:top w:w="75" w:type="dxa"/>
              <w:start w:w="75" w:type="dxa"/>
              <w:bottom w:w="75" w:type="dxa"/>
              <w:end w:w="75" w:type="dxa"/>
            </w:tcMar>
          </w:tcPr>
          <w:p>
            <w:pPr>
              <w:spacing w:after="0"/>
            </w:pPr>
            <w:r>
              <w:rPr>
                <w:rFonts w:ascii="Arimo" w:hAnsi="Arimo" w:eastAsia="Arimo"/>
                <w:i/>
                <w:color w:val="71808D"/>
                <w:sz w:val="16"/>
              </w:rPr>
              <w:t>[Notes]</w:t>
            </w:r>
          </w:p>
        </w:tc>
      </w:tr>
      <w:tr>
        <w:tc>
          <w:tcPr>
            <w:tcW w:type="dxa" w:w="3240"/>
            <w:tcMar>
              <w:top w:w="75" w:type="dxa"/>
              <w:start w:w="75" w:type="dxa"/>
              <w:bottom w:w="75" w:type="dxa"/>
              <w:end w:w="75" w:type="dxa"/>
            </w:tcMar>
            <w:shd w:fill="FAFBFC"/>
          </w:tcPr>
          <w:p>
            <w:pPr>
              <w:spacing w:after="0"/>
            </w:pPr>
            <w:r>
              <w:rPr>
                <w:rFonts w:ascii="Arimo" w:hAnsi="Arimo" w:eastAsia="Arimo"/>
                <w:i w:val="0"/>
                <w:color w:val="263238"/>
                <w:sz w:val="16"/>
              </w:rPr>
              <w:t>TOTAL</w:t>
            </w:r>
          </w:p>
        </w:tc>
        <w:tc>
          <w:tcPr>
            <w:tcW w:type="dxa" w:w="792"/>
            <w:tcMar>
              <w:top w:w="75" w:type="dxa"/>
              <w:start w:w="75" w:type="dxa"/>
              <w:bottom w:w="75" w:type="dxa"/>
              <w:end w:w="75" w:type="dxa"/>
            </w:tcMar>
            <w:shd w:fill="FAFBFC"/>
          </w:tcPr>
          <w:p>
            <w:pPr>
              <w:spacing w:after="0"/>
            </w:pPr>
            <w:r>
              <w:rPr>
                <w:rFonts w:ascii="Arimo" w:hAnsi="Arimo" w:eastAsia="Arimo"/>
                <w:i w:val="0"/>
                <w:color w:val="263238"/>
                <w:sz w:val="16"/>
              </w:rPr>
            </w:r>
          </w:p>
        </w:tc>
        <w:tc>
          <w:tcPr>
            <w:tcW w:type="dxa" w:w="1584"/>
            <w:tcMar>
              <w:top w:w="75" w:type="dxa"/>
              <w:start w:w="75" w:type="dxa"/>
              <w:bottom w:w="75" w:type="dxa"/>
              <w:end w:w="75" w:type="dxa"/>
            </w:tcMar>
            <w:shd w:fill="FAFBFC"/>
          </w:tcPr>
          <w:p>
            <w:pPr>
              <w:spacing w:after="0"/>
            </w:pPr>
            <w:r>
              <w:rPr>
                <w:rFonts w:ascii="Arimo" w:hAnsi="Arimo" w:eastAsia="Arimo"/>
                <w:i w:val="0"/>
                <w:color w:val="263238"/>
                <w:sz w:val="16"/>
              </w:rPr>
            </w:r>
          </w:p>
        </w:tc>
        <w:tc>
          <w:tcPr>
            <w:tcW w:type="dxa" w:w="1440"/>
            <w:tcMar>
              <w:top w:w="75" w:type="dxa"/>
              <w:start w:w="75" w:type="dxa"/>
              <w:bottom w:w="75" w:type="dxa"/>
              <w:end w:w="75" w:type="dxa"/>
            </w:tcMar>
            <w:shd w:fill="FAFBFC"/>
          </w:tcPr>
          <w:p>
            <w:pPr>
              <w:spacing w:after="0"/>
            </w:pPr>
            <w:r>
              <w:rPr>
                <w:rFonts w:ascii="Arimo" w:hAnsi="Arimo" w:eastAsia="Arimo"/>
                <w:i/>
                <w:color w:val="71808D"/>
                <w:sz w:val="16"/>
              </w:rPr>
              <w:t>[Total]</w:t>
            </w:r>
          </w:p>
        </w:tc>
        <w:tc>
          <w:tcPr>
            <w:tcW w:type="dxa" w:w="2736"/>
            <w:tcMar>
              <w:top w:w="75" w:type="dxa"/>
              <w:start w:w="75" w:type="dxa"/>
              <w:bottom w:w="75" w:type="dxa"/>
              <w:end w:w="75" w:type="dxa"/>
            </w:tcMar>
            <w:shd w:fill="FAFBFC"/>
          </w:tcPr>
          <w:p>
            <w:pPr>
              <w:spacing w:after="0"/>
            </w:pPr>
            <w:r>
              <w:rPr>
                <w:rFonts w:ascii="Arimo" w:hAnsi="Arimo" w:eastAsia="Arimo"/>
                <w:i w:val="0"/>
                <w:color w:val="263238"/>
                <w:sz w:val="16"/>
              </w:rPr>
            </w:r>
          </w:p>
        </w:tc>
      </w:tr>
    </w:tbl>
    <w:p>
      <w:pPr>
        <w:spacing w:after="40"/>
      </w:pPr>
    </w:p>
    <w:p>
      <w:pPr>
        <w:pageBreakBefore/>
        <w:spacing w:after="40"/>
      </w:pPr>
      <w:r>
        <w:rPr>
          <w:rFonts w:ascii="Arimo" w:hAnsi="Arimo" w:eastAsia="Arimo"/>
          <w:b/>
          <w:color w:val="F28C28"/>
          <w:sz w:val="16"/>
        </w:rPr>
        <w:t>VALIDATION</w:t>
      </w:r>
    </w:p>
    <w:p>
      <w:pPr>
        <w:spacing w:before="40" w:after="140"/>
        <w:keepNext/>
        <w:pBdr>
          <w:bottom w:val="single" w:sz="7" w:space="4" w:color="C9D8E5"/>
        </w:pBdr>
      </w:pPr>
      <w:r>
        <w:rPr>
          <w:rFonts w:ascii="Arimo" w:hAnsi="Arimo" w:eastAsia="Arimo"/>
          <w:b/>
          <w:color w:val="F28C28"/>
          <w:sz w:val="30"/>
        </w:rPr>
        <w:t xml:space="preserve">9  </w:t>
      </w:r>
      <w:r>
        <w:rPr>
          <w:rFonts w:ascii="Arimo" w:hAnsi="Arimo" w:eastAsia="Arimo"/>
          <w:b/>
          <w:color w:val="17324D"/>
          <w:sz w:val="30"/>
        </w:rPr>
        <w:t>Testing, Evaluation &amp; Success Criteria</w:t>
      </w:r>
    </w:p>
    <w:p>
      <w:pPr>
        <w:spacing w:after="160"/>
      </w:pPr>
      <w:r>
        <w:rPr>
          <w:rFonts w:ascii="Arimo" w:hAnsi="Arimo" w:eastAsia="Arimo"/>
          <w:i/>
          <w:color w:val="5F6B76"/>
          <w:sz w:val="19"/>
        </w:rPr>
        <w:t>Define success before implementation. Avoid evaluating only with screenshots or subjective claims.</w:t>
      </w:r>
    </w:p>
    <w:p>
      <w:pPr>
        <w:spacing w:after="60" w:line="269" w:lineRule="auto"/>
      </w:pPr>
      <w:r>
        <w:rPr>
          <w:rFonts w:ascii="Arimo" w:hAnsi="Arimo" w:eastAsia="Arimo"/>
          <w:b/>
          <w:i w:val="0"/>
          <w:color w:val="17324D"/>
          <w:sz w:val="22"/>
        </w:rPr>
        <w:t>9.1 Test Plan</w:t>
      </w:r>
    </w:p>
    <w:tbl>
      <w:tblPr>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080"/>
            <w:shd w:fill="17324D"/>
            <w:tcMar>
              <w:top w:w="80" w:type="dxa"/>
              <w:start w:w="80" w:type="dxa"/>
              <w:bottom w:w="80" w:type="dxa"/>
              <w:end w:w="80" w:type="dxa"/>
            </w:tcMar>
          </w:tcPr>
          <w:p>
            <w:pPr>
              <w:spacing w:after="0"/>
              <w:jc w:val="center"/>
            </w:pPr>
            <w:r>
              <w:rPr>
                <w:rFonts w:ascii="Arimo" w:hAnsi="Arimo" w:eastAsia="Arimo"/>
                <w:b/>
                <w:color w:val="FFFFFF"/>
                <w:sz w:val="16"/>
              </w:rPr>
              <w:t>Test ID</w:t>
            </w:r>
          </w:p>
        </w:tc>
        <w:tc>
          <w:tcPr>
            <w:tcW w:type="dxa" w:w="3240"/>
            <w:shd w:fill="17324D"/>
            <w:tcMar>
              <w:top w:w="80" w:type="dxa"/>
              <w:start w:w="80" w:type="dxa"/>
              <w:bottom w:w="80" w:type="dxa"/>
              <w:end w:w="80" w:type="dxa"/>
            </w:tcMar>
          </w:tcPr>
          <w:p>
            <w:pPr>
              <w:spacing w:after="0"/>
              <w:jc w:val="center"/>
            </w:pPr>
            <w:r>
              <w:rPr>
                <w:rFonts w:ascii="Arimo" w:hAnsi="Arimo" w:eastAsia="Arimo"/>
                <w:b/>
                <w:color w:val="FFFFFF"/>
                <w:sz w:val="16"/>
              </w:rPr>
              <w:t>What Is Tested</w:t>
            </w:r>
          </w:p>
        </w:tc>
        <w:tc>
          <w:tcPr>
            <w:tcW w:type="dxa" w:w="3096"/>
            <w:shd w:fill="17324D"/>
            <w:tcMar>
              <w:top w:w="80" w:type="dxa"/>
              <w:start w:w="80" w:type="dxa"/>
              <w:bottom w:w="80" w:type="dxa"/>
              <w:end w:w="80" w:type="dxa"/>
            </w:tcMar>
          </w:tcPr>
          <w:p>
            <w:pPr>
              <w:spacing w:after="0"/>
              <w:jc w:val="center"/>
            </w:pPr>
            <w:r>
              <w:rPr>
                <w:rFonts w:ascii="Arimo" w:hAnsi="Arimo" w:eastAsia="Arimo"/>
                <w:b/>
                <w:color w:val="FFFFFF"/>
                <w:sz w:val="16"/>
              </w:rPr>
              <w:t>Method</w:t>
            </w:r>
          </w:p>
        </w:tc>
        <w:tc>
          <w:tcPr>
            <w:tcW w:type="dxa" w:w="2376"/>
            <w:shd w:fill="17324D"/>
            <w:tcMar>
              <w:top w:w="80" w:type="dxa"/>
              <w:start w:w="80" w:type="dxa"/>
              <w:bottom w:w="80" w:type="dxa"/>
              <w:end w:w="80" w:type="dxa"/>
            </w:tcMar>
          </w:tcPr>
          <w:p>
            <w:pPr>
              <w:spacing w:after="0"/>
              <w:jc w:val="center"/>
            </w:pPr>
            <w:r>
              <w:rPr>
                <w:rFonts w:ascii="Arimo" w:hAnsi="Arimo" w:eastAsia="Arimo"/>
                <w:b/>
                <w:color w:val="FFFFFF"/>
                <w:sz w:val="16"/>
              </w:rPr>
              <w:t>Pass / Success Criterion</w:t>
            </w:r>
          </w:p>
        </w:tc>
      </w:tr>
      <w:tr>
        <w:tc>
          <w:tcPr>
            <w:tcW w:type="dxa" w:w="1080"/>
            <w:tcMar>
              <w:top w:w="75" w:type="dxa"/>
              <w:start w:w="75" w:type="dxa"/>
              <w:bottom w:w="75" w:type="dxa"/>
              <w:end w:w="75" w:type="dxa"/>
            </w:tcMar>
          </w:tcPr>
          <w:p>
            <w:pPr>
              <w:spacing w:after="0"/>
            </w:pPr>
            <w:r>
              <w:rPr>
                <w:rFonts w:ascii="Arimo" w:hAnsi="Arimo" w:eastAsia="Arimo"/>
                <w:i w:val="0"/>
                <w:color w:val="263238"/>
                <w:sz w:val="16"/>
              </w:rPr>
              <w:t>T-01</w:t>
            </w:r>
          </w:p>
        </w:tc>
        <w:tc>
          <w:tcPr>
            <w:tcW w:type="dxa" w:w="3240"/>
            <w:tcMar>
              <w:top w:w="75" w:type="dxa"/>
              <w:start w:w="75" w:type="dxa"/>
              <w:bottom w:w="75" w:type="dxa"/>
              <w:end w:w="75" w:type="dxa"/>
            </w:tcMar>
          </w:tcPr>
          <w:p>
            <w:pPr>
              <w:spacing w:after="0"/>
            </w:pPr>
            <w:r>
              <w:rPr>
                <w:rFonts w:ascii="Arimo" w:hAnsi="Arimo" w:eastAsia="Arimo"/>
                <w:i/>
                <w:color w:val="71808D"/>
                <w:sz w:val="16"/>
              </w:rPr>
              <w:t>[Core functionality]</w:t>
            </w:r>
          </w:p>
        </w:tc>
        <w:tc>
          <w:tcPr>
            <w:tcW w:type="dxa" w:w="3096"/>
            <w:tcMar>
              <w:top w:w="75" w:type="dxa"/>
              <w:start w:w="75" w:type="dxa"/>
              <w:bottom w:w="75" w:type="dxa"/>
              <w:end w:w="75" w:type="dxa"/>
            </w:tcMar>
          </w:tcPr>
          <w:p>
            <w:pPr>
              <w:spacing w:after="0"/>
            </w:pPr>
            <w:r>
              <w:rPr>
                <w:rFonts w:ascii="Arimo" w:hAnsi="Arimo" w:eastAsia="Arimo"/>
                <w:i/>
                <w:color w:val="71808D"/>
                <w:sz w:val="16"/>
              </w:rPr>
              <w:t>[Test procedure]</w:t>
            </w:r>
          </w:p>
        </w:tc>
        <w:tc>
          <w:tcPr>
            <w:tcW w:type="dxa" w:w="2376"/>
            <w:tcMar>
              <w:top w:w="75" w:type="dxa"/>
              <w:start w:w="75" w:type="dxa"/>
              <w:bottom w:w="75" w:type="dxa"/>
              <w:end w:w="75" w:type="dxa"/>
            </w:tcMar>
          </w:tcPr>
          <w:p>
            <w:pPr>
              <w:spacing w:after="0"/>
            </w:pPr>
            <w:r>
              <w:rPr>
                <w:rFonts w:ascii="Arimo" w:hAnsi="Arimo" w:eastAsia="Arimo"/>
                <w:i/>
                <w:color w:val="71808D"/>
                <w:sz w:val="16"/>
              </w:rPr>
              <w:t>[Specific threshold / expected behavior]</w:t>
            </w:r>
          </w:p>
        </w:tc>
      </w:tr>
      <w:tr>
        <w:tc>
          <w:tcPr>
            <w:tcW w:type="dxa" w:w="1080"/>
            <w:tcMar>
              <w:top w:w="75" w:type="dxa"/>
              <w:start w:w="75" w:type="dxa"/>
              <w:bottom w:w="75" w:type="dxa"/>
              <w:end w:w="75" w:type="dxa"/>
            </w:tcMar>
            <w:shd w:fill="FAFBFC"/>
          </w:tcPr>
          <w:p>
            <w:pPr>
              <w:spacing w:after="0"/>
            </w:pPr>
            <w:r>
              <w:rPr>
                <w:rFonts w:ascii="Arimo" w:hAnsi="Arimo" w:eastAsia="Arimo"/>
                <w:i w:val="0"/>
                <w:color w:val="263238"/>
                <w:sz w:val="16"/>
              </w:rPr>
              <w:t>T-02</w:t>
            </w:r>
          </w:p>
        </w:tc>
        <w:tc>
          <w:tcPr>
            <w:tcW w:type="dxa" w:w="3240"/>
            <w:tcMar>
              <w:top w:w="75" w:type="dxa"/>
              <w:start w:w="75" w:type="dxa"/>
              <w:bottom w:w="75" w:type="dxa"/>
              <w:end w:w="75" w:type="dxa"/>
            </w:tcMar>
            <w:shd w:fill="FAFBFC"/>
          </w:tcPr>
          <w:p>
            <w:pPr>
              <w:spacing w:after="0"/>
            </w:pPr>
            <w:r>
              <w:rPr>
                <w:rFonts w:ascii="Arimo" w:hAnsi="Arimo" w:eastAsia="Arimo"/>
                <w:i/>
                <w:color w:val="71808D"/>
                <w:sz w:val="16"/>
              </w:rPr>
              <w:t>[Performance]</w:t>
            </w:r>
          </w:p>
        </w:tc>
        <w:tc>
          <w:tcPr>
            <w:tcW w:type="dxa" w:w="3096"/>
            <w:tcMar>
              <w:top w:w="75" w:type="dxa"/>
              <w:start w:w="75" w:type="dxa"/>
              <w:bottom w:w="75" w:type="dxa"/>
              <w:end w:w="75" w:type="dxa"/>
            </w:tcMar>
            <w:shd w:fill="FAFBFC"/>
          </w:tcPr>
          <w:p>
            <w:pPr>
              <w:spacing w:after="0"/>
            </w:pPr>
            <w:r>
              <w:rPr>
                <w:rFonts w:ascii="Arimo" w:hAnsi="Arimo" w:eastAsia="Arimo"/>
                <w:i/>
                <w:color w:val="71808D"/>
                <w:sz w:val="16"/>
              </w:rPr>
              <w:t>[Measurement / benchmark]</w:t>
            </w:r>
          </w:p>
        </w:tc>
        <w:tc>
          <w:tcPr>
            <w:tcW w:type="dxa" w:w="2376"/>
            <w:tcMar>
              <w:top w:w="75" w:type="dxa"/>
              <w:start w:w="75" w:type="dxa"/>
              <w:bottom w:w="75" w:type="dxa"/>
              <w:end w:w="75" w:type="dxa"/>
            </w:tcMar>
            <w:shd w:fill="FAFBFC"/>
          </w:tcPr>
          <w:p>
            <w:pPr>
              <w:spacing w:after="0"/>
            </w:pPr>
            <w:r>
              <w:rPr>
                <w:rFonts w:ascii="Arimo" w:hAnsi="Arimo" w:eastAsia="Arimo"/>
                <w:i/>
                <w:color w:val="71808D"/>
                <w:sz w:val="16"/>
              </w:rPr>
              <w:t>[Target value]</w:t>
            </w:r>
          </w:p>
        </w:tc>
      </w:tr>
      <w:tr>
        <w:tc>
          <w:tcPr>
            <w:tcW w:type="dxa" w:w="1080"/>
            <w:tcMar>
              <w:top w:w="75" w:type="dxa"/>
              <w:start w:w="75" w:type="dxa"/>
              <w:bottom w:w="75" w:type="dxa"/>
              <w:end w:w="75" w:type="dxa"/>
            </w:tcMar>
          </w:tcPr>
          <w:p>
            <w:pPr>
              <w:spacing w:after="0"/>
            </w:pPr>
            <w:r>
              <w:rPr>
                <w:rFonts w:ascii="Arimo" w:hAnsi="Arimo" w:eastAsia="Arimo"/>
                <w:i w:val="0"/>
                <w:color w:val="263238"/>
                <w:sz w:val="16"/>
              </w:rPr>
              <w:t>T-03</w:t>
            </w:r>
          </w:p>
        </w:tc>
        <w:tc>
          <w:tcPr>
            <w:tcW w:type="dxa" w:w="3240"/>
            <w:tcMar>
              <w:top w:w="75" w:type="dxa"/>
              <w:start w:w="75" w:type="dxa"/>
              <w:bottom w:w="75" w:type="dxa"/>
              <w:end w:w="75" w:type="dxa"/>
            </w:tcMar>
          </w:tcPr>
          <w:p>
            <w:pPr>
              <w:spacing w:after="0"/>
            </w:pPr>
            <w:r>
              <w:rPr>
                <w:rFonts w:ascii="Arimo" w:hAnsi="Arimo" w:eastAsia="Arimo"/>
                <w:i/>
                <w:color w:val="71808D"/>
                <w:sz w:val="16"/>
              </w:rPr>
              <w:t>[Reliability / robustness]</w:t>
            </w:r>
          </w:p>
        </w:tc>
        <w:tc>
          <w:tcPr>
            <w:tcW w:type="dxa" w:w="3096"/>
            <w:tcMar>
              <w:top w:w="75" w:type="dxa"/>
              <w:start w:w="75" w:type="dxa"/>
              <w:bottom w:w="75" w:type="dxa"/>
              <w:end w:w="75" w:type="dxa"/>
            </w:tcMar>
          </w:tcPr>
          <w:p>
            <w:pPr>
              <w:spacing w:after="0"/>
            </w:pPr>
            <w:r>
              <w:rPr>
                <w:rFonts w:ascii="Arimo" w:hAnsi="Arimo" w:eastAsia="Arimo"/>
                <w:i/>
                <w:color w:val="71808D"/>
                <w:sz w:val="16"/>
              </w:rPr>
              <w:t>[Stress / repeated trial]</w:t>
            </w:r>
          </w:p>
        </w:tc>
        <w:tc>
          <w:tcPr>
            <w:tcW w:type="dxa" w:w="2376"/>
            <w:tcMar>
              <w:top w:w="75" w:type="dxa"/>
              <w:start w:w="75" w:type="dxa"/>
              <w:bottom w:w="75" w:type="dxa"/>
              <w:end w:w="75" w:type="dxa"/>
            </w:tcMar>
          </w:tcPr>
          <w:p>
            <w:pPr>
              <w:spacing w:after="0"/>
            </w:pPr>
            <w:r>
              <w:rPr>
                <w:rFonts w:ascii="Arimo" w:hAnsi="Arimo" w:eastAsia="Arimo"/>
                <w:i/>
                <w:color w:val="71808D"/>
                <w:sz w:val="16"/>
              </w:rPr>
              <w:t>[Target]</w:t>
            </w:r>
          </w:p>
        </w:tc>
      </w:tr>
      <w:tr>
        <w:tc>
          <w:tcPr>
            <w:tcW w:type="dxa" w:w="1080"/>
            <w:tcMar>
              <w:top w:w="75" w:type="dxa"/>
              <w:start w:w="75" w:type="dxa"/>
              <w:bottom w:w="75" w:type="dxa"/>
              <w:end w:w="75" w:type="dxa"/>
            </w:tcMar>
            <w:shd w:fill="FAFBFC"/>
          </w:tcPr>
          <w:p>
            <w:pPr>
              <w:spacing w:after="0"/>
            </w:pPr>
            <w:r>
              <w:rPr>
                <w:rFonts w:ascii="Arimo" w:hAnsi="Arimo" w:eastAsia="Arimo"/>
                <w:i w:val="0"/>
                <w:color w:val="263238"/>
                <w:sz w:val="16"/>
              </w:rPr>
              <w:t>T-04</w:t>
            </w:r>
          </w:p>
        </w:tc>
        <w:tc>
          <w:tcPr>
            <w:tcW w:type="dxa" w:w="3240"/>
            <w:tcMar>
              <w:top w:w="75" w:type="dxa"/>
              <w:start w:w="75" w:type="dxa"/>
              <w:bottom w:w="75" w:type="dxa"/>
              <w:end w:w="75" w:type="dxa"/>
            </w:tcMar>
            <w:shd w:fill="FAFBFC"/>
          </w:tcPr>
          <w:p>
            <w:pPr>
              <w:spacing w:after="0"/>
            </w:pPr>
            <w:r>
              <w:rPr>
                <w:rFonts w:ascii="Arimo" w:hAnsi="Arimo" w:eastAsia="Arimo"/>
                <w:i/>
                <w:color w:val="71808D"/>
                <w:sz w:val="16"/>
              </w:rPr>
              <w:t>[User / field / integration test]</w:t>
            </w:r>
          </w:p>
        </w:tc>
        <w:tc>
          <w:tcPr>
            <w:tcW w:type="dxa" w:w="3096"/>
            <w:tcMar>
              <w:top w:w="75" w:type="dxa"/>
              <w:start w:w="75" w:type="dxa"/>
              <w:bottom w:w="75" w:type="dxa"/>
              <w:end w:w="75" w:type="dxa"/>
            </w:tcMar>
            <w:shd w:fill="FAFBFC"/>
          </w:tcPr>
          <w:p>
            <w:pPr>
              <w:spacing w:after="0"/>
            </w:pPr>
            <w:r>
              <w:rPr>
                <w:rFonts w:ascii="Arimo" w:hAnsi="Arimo" w:eastAsia="Arimo"/>
                <w:i/>
                <w:color w:val="71808D"/>
                <w:sz w:val="16"/>
              </w:rPr>
              <w:t>[Procedure]</w:t>
            </w:r>
          </w:p>
        </w:tc>
        <w:tc>
          <w:tcPr>
            <w:tcW w:type="dxa" w:w="2376"/>
            <w:tcMar>
              <w:top w:w="75" w:type="dxa"/>
              <w:start w:w="75" w:type="dxa"/>
              <w:bottom w:w="75" w:type="dxa"/>
              <w:end w:w="75" w:type="dxa"/>
            </w:tcMar>
            <w:shd w:fill="FAFBFC"/>
          </w:tcPr>
          <w:p>
            <w:pPr>
              <w:spacing w:after="0"/>
            </w:pPr>
            <w:r>
              <w:rPr>
                <w:rFonts w:ascii="Arimo" w:hAnsi="Arimo" w:eastAsia="Arimo"/>
                <w:i/>
                <w:color w:val="71808D"/>
                <w:sz w:val="16"/>
              </w:rPr>
              <w:t>[Acceptance condition]</w:t>
            </w:r>
          </w:p>
        </w:tc>
      </w:tr>
    </w:tbl>
    <w:p>
      <w:pPr>
        <w:spacing w:after="40"/>
      </w:pPr>
    </w:p>
    <w:p>
      <w:pPr>
        <w:spacing w:after="60" w:line="269" w:lineRule="auto"/>
      </w:pPr>
      <w:r>
        <w:rPr>
          <w:rFonts w:ascii="Arimo" w:hAnsi="Arimo" w:eastAsia="Arimo"/>
          <w:b/>
          <w:i w:val="0"/>
          <w:color w:val="17324D"/>
          <w:sz w:val="22"/>
        </w:rPr>
        <w:t>9.2 Evaluation Metrics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671"/>
            <w:shd w:fill="17324D"/>
            <w:tcMar>
              <w:top w:w="80" w:type="dxa"/>
              <w:start w:w="80" w:type="dxa"/>
              <w:bottom w:w="80" w:type="dxa"/>
              <w:end w:w="80" w:type="dxa"/>
            </w:tcMar>
          </w:tcPr>
          <w:p>
            <w:pPr>
              <w:spacing w:after="0"/>
              <w:jc w:val="center"/>
            </w:pPr>
            <w:r>
              <w:rPr>
                <w:rFonts w:ascii="Arimo" w:hAnsi="Arimo" w:eastAsia="Arimo"/>
                <w:b/>
                <w:color w:val="FFFFFF"/>
                <w:sz w:val="16"/>
              </w:rPr>
              <w:t>Metric</w:t>
            </w:r>
          </w:p>
        </w:tc>
        <w:tc>
          <w:tcPr>
            <w:tcW w:type="dxa" w:w="3528"/>
            <w:shd w:fill="17324D"/>
            <w:tcMar>
              <w:top w:w="80" w:type="dxa"/>
              <w:start w:w="80" w:type="dxa"/>
              <w:bottom w:w="80" w:type="dxa"/>
              <w:end w:w="80" w:type="dxa"/>
            </w:tcMar>
          </w:tcPr>
          <w:p>
            <w:pPr>
              <w:spacing w:after="0"/>
              <w:jc w:val="center"/>
            </w:pPr>
            <w:r>
              <w:rPr>
                <w:rFonts w:ascii="Arimo" w:hAnsi="Arimo" w:eastAsia="Arimo"/>
                <w:b/>
                <w:color w:val="FFFFFF"/>
                <w:sz w:val="16"/>
              </w:rPr>
              <w:t>Why It Matters</w:t>
            </w:r>
          </w:p>
        </w:tc>
        <w:tc>
          <w:tcPr>
            <w:tcW w:type="dxa" w:w="2592"/>
            <w:shd w:fill="17324D"/>
            <w:tcMar>
              <w:top w:w="80" w:type="dxa"/>
              <w:start w:w="80" w:type="dxa"/>
              <w:bottom w:w="80" w:type="dxa"/>
              <w:end w:w="80" w:type="dxa"/>
            </w:tcMar>
          </w:tcPr>
          <w:p>
            <w:pPr>
              <w:spacing w:after="0"/>
              <w:jc w:val="center"/>
            </w:pPr>
            <w:r>
              <w:rPr>
                <w:rFonts w:ascii="Arimo" w:hAnsi="Arimo" w:eastAsia="Arimo"/>
                <w:b/>
                <w:color w:val="FFFFFF"/>
                <w:sz w:val="16"/>
              </w:rPr>
              <w:t>Target / Benchmark</w:t>
            </w:r>
          </w:p>
        </w:tc>
      </w:tr>
      <w:tr>
        <w:tc>
          <w:tcPr>
            <w:tcW w:type="dxa" w:w="3671"/>
            <w:tcMar>
              <w:top w:w="75" w:type="dxa"/>
              <w:start w:w="75" w:type="dxa"/>
              <w:bottom w:w="75" w:type="dxa"/>
              <w:end w:w="75" w:type="dxa"/>
            </w:tcMar>
          </w:tcPr>
          <w:p>
            <w:pPr>
              <w:spacing w:after="0"/>
            </w:pPr>
            <w:r>
              <w:rPr>
                <w:rFonts w:ascii="Arimo" w:hAnsi="Arimo" w:eastAsia="Arimo"/>
                <w:i/>
                <w:color w:val="71808D"/>
                <w:sz w:val="16"/>
              </w:rPr>
              <w:t>[Accuracy / RMSE / efficiency / deflection / response time / etc.]</w:t>
            </w:r>
          </w:p>
        </w:tc>
        <w:tc>
          <w:tcPr>
            <w:tcW w:type="dxa" w:w="3528"/>
            <w:tcMar>
              <w:top w:w="75" w:type="dxa"/>
              <w:start w:w="75" w:type="dxa"/>
              <w:bottom w:w="75" w:type="dxa"/>
              <w:end w:w="75" w:type="dxa"/>
            </w:tcMar>
          </w:tcPr>
          <w:p>
            <w:pPr>
              <w:spacing w:after="0"/>
            </w:pPr>
            <w:r>
              <w:rPr>
                <w:rFonts w:ascii="Arimo" w:hAnsi="Arimo" w:eastAsia="Arimo"/>
                <w:i/>
                <w:color w:val="71808D"/>
                <w:sz w:val="16"/>
              </w:rPr>
              <w:t>[Connection to objective]</w:t>
            </w:r>
          </w:p>
        </w:tc>
        <w:tc>
          <w:tcPr>
            <w:tcW w:type="dxa" w:w="2592"/>
            <w:tcMar>
              <w:top w:w="75" w:type="dxa"/>
              <w:start w:w="75" w:type="dxa"/>
              <w:bottom w:w="75" w:type="dxa"/>
              <w:end w:w="75" w:type="dxa"/>
            </w:tcMar>
          </w:tcPr>
          <w:p>
            <w:pPr>
              <w:spacing w:after="0"/>
            </w:pPr>
            <w:r>
              <w:rPr>
                <w:rFonts w:ascii="Arimo" w:hAnsi="Arimo" w:eastAsia="Arimo"/>
                <w:i/>
                <w:color w:val="71808D"/>
                <w:sz w:val="16"/>
              </w:rPr>
              <w:t>[Target or baseline]</w:t>
            </w:r>
          </w:p>
        </w:tc>
      </w:tr>
      <w:tr>
        <w:tc>
          <w:tcPr>
            <w:tcW w:type="dxa" w:w="3671"/>
            <w:tcMar>
              <w:top w:w="75" w:type="dxa"/>
              <w:start w:w="75" w:type="dxa"/>
              <w:bottom w:w="75" w:type="dxa"/>
              <w:end w:w="75" w:type="dxa"/>
            </w:tcMar>
            <w:shd w:fill="FAFBFC"/>
          </w:tcPr>
          <w:p>
            <w:pPr>
              <w:spacing w:after="0"/>
            </w:pPr>
            <w:r>
              <w:rPr>
                <w:rFonts w:ascii="Arimo" w:hAnsi="Arimo" w:eastAsia="Arimo"/>
                <w:i/>
                <w:color w:val="71808D"/>
                <w:sz w:val="16"/>
              </w:rPr>
              <w:t>[Metric 2]</w:t>
            </w:r>
          </w:p>
        </w:tc>
        <w:tc>
          <w:tcPr>
            <w:tcW w:type="dxa" w:w="3528"/>
            <w:tcMar>
              <w:top w:w="75" w:type="dxa"/>
              <w:start w:w="75" w:type="dxa"/>
              <w:bottom w:w="75" w:type="dxa"/>
              <w:end w:w="75" w:type="dxa"/>
            </w:tcMar>
            <w:shd w:fill="FAFBFC"/>
          </w:tcPr>
          <w:p>
            <w:pPr>
              <w:spacing w:after="0"/>
            </w:pPr>
            <w:r>
              <w:rPr>
                <w:rFonts w:ascii="Arimo" w:hAnsi="Arimo" w:eastAsia="Arimo"/>
                <w:i/>
                <w:color w:val="71808D"/>
                <w:sz w:val="16"/>
              </w:rPr>
              <w:t>[Reason]</w:t>
            </w:r>
          </w:p>
        </w:tc>
        <w:tc>
          <w:tcPr>
            <w:tcW w:type="dxa" w:w="2592"/>
            <w:tcMar>
              <w:top w:w="75" w:type="dxa"/>
              <w:start w:w="75" w:type="dxa"/>
              <w:bottom w:w="75" w:type="dxa"/>
              <w:end w:w="75" w:type="dxa"/>
            </w:tcMar>
            <w:shd w:fill="FAFBFC"/>
          </w:tcPr>
          <w:p>
            <w:pPr>
              <w:spacing w:after="0"/>
            </w:pPr>
            <w:r>
              <w:rPr>
                <w:rFonts w:ascii="Arimo" w:hAnsi="Arimo" w:eastAsia="Arimo"/>
                <w:i/>
                <w:color w:val="71808D"/>
                <w:sz w:val="16"/>
              </w:rPr>
              <w:t>[Target]</w:t>
            </w:r>
          </w:p>
        </w:tc>
      </w:tr>
      <w:tr>
        <w:tc>
          <w:tcPr>
            <w:tcW w:type="dxa" w:w="3671"/>
            <w:tcMar>
              <w:top w:w="75" w:type="dxa"/>
              <w:start w:w="75" w:type="dxa"/>
              <w:bottom w:w="75" w:type="dxa"/>
              <w:end w:w="75" w:type="dxa"/>
            </w:tcMar>
          </w:tcPr>
          <w:p>
            <w:pPr>
              <w:spacing w:after="0"/>
            </w:pPr>
            <w:r>
              <w:rPr>
                <w:rFonts w:ascii="Arimo" w:hAnsi="Arimo" w:eastAsia="Arimo"/>
                <w:i/>
                <w:color w:val="71808D"/>
                <w:sz w:val="16"/>
              </w:rPr>
              <w:t>[Metric 3]</w:t>
            </w:r>
          </w:p>
        </w:tc>
        <w:tc>
          <w:tcPr>
            <w:tcW w:type="dxa" w:w="3528"/>
            <w:tcMar>
              <w:top w:w="75" w:type="dxa"/>
              <w:start w:w="75" w:type="dxa"/>
              <w:bottom w:w="75" w:type="dxa"/>
              <w:end w:w="75" w:type="dxa"/>
            </w:tcMar>
          </w:tcPr>
          <w:p>
            <w:pPr>
              <w:spacing w:after="0"/>
            </w:pPr>
            <w:r>
              <w:rPr>
                <w:rFonts w:ascii="Arimo" w:hAnsi="Arimo" w:eastAsia="Arimo"/>
                <w:i/>
                <w:color w:val="71808D"/>
                <w:sz w:val="16"/>
              </w:rPr>
              <w:t>[Reason]</w:t>
            </w:r>
          </w:p>
        </w:tc>
        <w:tc>
          <w:tcPr>
            <w:tcW w:type="dxa" w:w="2592"/>
            <w:tcMar>
              <w:top w:w="75" w:type="dxa"/>
              <w:start w:w="75" w:type="dxa"/>
              <w:bottom w:w="75" w:type="dxa"/>
              <w:end w:w="75" w:type="dxa"/>
            </w:tcMar>
          </w:tcPr>
          <w:p>
            <w:pPr>
              <w:spacing w:after="0"/>
            </w:pPr>
            <w:r>
              <w:rPr>
                <w:rFonts w:ascii="Arimo" w:hAnsi="Arimo" w:eastAsia="Arimo"/>
                <w:i/>
                <w:color w:val="71808D"/>
                <w:sz w:val="16"/>
              </w:rPr>
              <w:t>[Target]</w:t>
            </w:r>
          </w:p>
        </w:tc>
      </w:tr>
    </w:tbl>
    <w:p>
      <w:pPr>
        <w:spacing w:after="40"/>
      </w:pPr>
    </w:p>
    <w:p>
      <w:pPr>
        <w:spacing w:after="60" w:line="269" w:lineRule="auto"/>
      </w:pPr>
      <w:r>
        <w:rPr>
          <w:rFonts w:ascii="Arimo" w:hAnsi="Arimo" w:eastAsia="Arimo"/>
          <w:b/>
          <w:i w:val="0"/>
          <w:color w:val="17324D"/>
          <w:sz w:val="22"/>
        </w:rPr>
        <w:t>9.3 Definition of Project Success</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[State the minimum conditions that must be met for the project to be considered successful. Separate minimum viable success from stretch goals.]</w:t>
            </w:r>
          </w:p>
          <w:p>
            <w:pPr>
              <w:spacing w:after="160"/>
            </w:pPr>
          </w:p>
          <w:p>
            <w:pPr>
              <w:spacing w:after="160"/>
            </w:pPr>
          </w:p>
          <w:p>
            <w:pPr>
              <w:spacing w:after="160"/>
            </w:pPr>
          </w:p>
          <w:p>
            <w:pPr>
              <w:spacing w:after="160"/>
            </w:pPr>
          </w:p>
        </w:tc>
      </w:tr>
    </w:tbl>
    <w:p>
      <w:pPr>
        <w:spacing w:after="40"/>
      </w:pPr>
    </w:p>
    <w:p>
      <w:pPr>
        <w:spacing w:after="60" w:line="269" w:lineRule="auto"/>
      </w:pPr>
      <w:r>
        <w:rPr>
          <w:rFonts w:ascii="Arimo" w:hAnsi="Arimo" w:eastAsia="Arimo"/>
          <w:b/>
          <w:i w:val="0"/>
          <w:color w:val="1F5D8F"/>
          <w:sz w:val="21"/>
        </w:rPr>
        <w:t>Minimum Viable Outcome (MVO)</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[The smallest complete and testable outcome that still solves the core problem.]</w:t>
            </w:r>
          </w:p>
          <w:p>
            <w:pPr>
              <w:spacing w:after="160"/>
            </w:pPr>
          </w:p>
          <w:p>
            <w:pPr>
              <w:spacing w:after="160"/>
            </w:pPr>
          </w:p>
        </w:tc>
      </w:tr>
    </w:tbl>
    <w:p>
      <w:pPr>
        <w:spacing w:after="40"/>
      </w:pPr>
    </w:p>
    <w:p>
      <w:pPr>
        <w:spacing w:after="60" w:line="269" w:lineRule="auto"/>
      </w:pPr>
      <w:r>
        <w:rPr>
          <w:rFonts w:ascii="Arimo" w:hAnsi="Arimo" w:eastAsia="Arimo"/>
          <w:b/>
          <w:i w:val="0"/>
          <w:color w:val="1F5D8F"/>
          <w:sz w:val="21"/>
        </w:rPr>
        <w:t>Stretch Outcome</w:t>
      </w: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[Advanced feature or performance improvement attempted only after MVO is stable.]</w:t>
            </w:r>
          </w:p>
          <w:p>
            <w:pPr>
              <w:spacing w:after="160"/>
            </w:pPr>
          </w:p>
          <w:p>
            <w:pPr>
              <w:spacing w:after="160"/>
            </w:pPr>
          </w:p>
        </w:tc>
      </w:tr>
    </w:tbl>
    <w:p>
      <w:pPr>
        <w:spacing w:after="40"/>
      </w:pPr>
    </w:p>
    <w:p>
      <w:pPr>
        <w:pageBreakBefore/>
        <w:spacing w:after="40"/>
      </w:pPr>
      <w:r>
        <w:rPr>
          <w:rFonts w:ascii="Arimo" w:hAnsi="Arimo" w:eastAsia="Arimo"/>
          <w:b/>
          <w:color w:val="F28C28"/>
          <w:sz w:val="16"/>
        </w:rPr>
        <w:t>RESPONSIBLE ENGINEERING</w:t>
      </w:r>
    </w:p>
    <w:p>
      <w:pPr>
        <w:spacing w:before="40" w:after="140"/>
        <w:keepNext/>
        <w:pBdr>
          <w:bottom w:val="single" w:sz="7" w:space="4" w:color="C9D8E5"/>
        </w:pBdr>
      </w:pPr>
      <w:r>
        <w:rPr>
          <w:rFonts w:ascii="Arimo" w:hAnsi="Arimo" w:eastAsia="Arimo"/>
          <w:b/>
          <w:color w:val="F28C28"/>
          <w:sz w:val="30"/>
        </w:rPr>
        <w:t xml:space="preserve">10  </w:t>
      </w:r>
      <w:r>
        <w:rPr>
          <w:rFonts w:ascii="Arimo" w:hAnsi="Arimo" w:eastAsia="Arimo"/>
          <w:b/>
          <w:color w:val="17324D"/>
          <w:sz w:val="30"/>
        </w:rPr>
        <w:t>Ethics, Safety, Privacy &amp; Sustainability</w:t>
      </w:r>
    </w:p>
    <w:p>
      <w:pPr>
        <w:spacing w:after="160"/>
      </w:pPr>
      <w:r>
        <w:rPr>
          <w:rFonts w:ascii="Arimo" w:hAnsi="Arimo" w:eastAsia="Arimo"/>
          <w:i/>
          <w:color w:val="5F6B76"/>
          <w:sz w:val="19"/>
        </w:rPr>
        <w:t>Complete only the subsections relevant to your project, but explicitly state “Not applicable” where reviewed and not relevant.</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872"/>
            <w:shd w:fill="17324D"/>
            <w:tcMar>
              <w:top w:w="80" w:type="dxa"/>
              <w:start w:w="80" w:type="dxa"/>
              <w:bottom w:w="80" w:type="dxa"/>
              <w:end w:w="80" w:type="dxa"/>
            </w:tcMar>
          </w:tcPr>
          <w:p>
            <w:pPr>
              <w:spacing w:after="0"/>
              <w:jc w:val="center"/>
            </w:pPr>
            <w:r>
              <w:rPr>
                <w:rFonts w:ascii="Arimo" w:hAnsi="Arimo" w:eastAsia="Arimo"/>
                <w:b/>
                <w:color w:val="FFFFFF"/>
                <w:sz w:val="15"/>
              </w:rPr>
              <w:t>Area</w:t>
            </w:r>
          </w:p>
        </w:tc>
        <w:tc>
          <w:tcPr>
            <w:tcW w:type="dxa" w:w="5040"/>
            <w:shd w:fill="17324D"/>
            <w:tcMar>
              <w:top w:w="80" w:type="dxa"/>
              <w:start w:w="80" w:type="dxa"/>
              <w:bottom w:w="80" w:type="dxa"/>
              <w:end w:w="80" w:type="dxa"/>
            </w:tcMar>
          </w:tcPr>
          <w:p>
            <w:pPr>
              <w:spacing w:after="0"/>
              <w:jc w:val="center"/>
            </w:pPr>
            <w:r>
              <w:rPr>
                <w:rFonts w:ascii="Arimo" w:hAnsi="Arimo" w:eastAsia="Arimo"/>
                <w:b/>
                <w:color w:val="FFFFFF"/>
                <w:sz w:val="15"/>
              </w:rPr>
              <w:t>Questions to Address</w:t>
            </w:r>
          </w:p>
        </w:tc>
        <w:tc>
          <w:tcPr>
            <w:tcW w:type="dxa" w:w="2880"/>
            <w:shd w:fill="17324D"/>
            <w:tcMar>
              <w:top w:w="80" w:type="dxa"/>
              <w:start w:w="80" w:type="dxa"/>
              <w:bottom w:w="80" w:type="dxa"/>
              <w:end w:w="80" w:type="dxa"/>
            </w:tcMar>
          </w:tcPr>
          <w:p>
            <w:pPr>
              <w:spacing w:after="0"/>
              <w:jc w:val="center"/>
            </w:pPr>
            <w:r>
              <w:rPr>
                <w:rFonts w:ascii="Arimo" w:hAnsi="Arimo" w:eastAsia="Arimo"/>
                <w:b/>
                <w:color w:val="FFFFFF"/>
                <w:sz w:val="15"/>
              </w:rPr>
              <w:t>Project Response</w:t>
            </w:r>
          </w:p>
        </w:tc>
      </w:tr>
      <w:tr>
        <w:tc>
          <w:tcPr>
            <w:tcW w:type="dxa" w:w="1872"/>
            <w:tcMar>
              <w:top w:w="75" w:type="dxa"/>
              <w:start w:w="75" w:type="dxa"/>
              <w:bottom w:w="75" w:type="dxa"/>
              <w:end w:w="75" w:type="dxa"/>
            </w:tcMar>
          </w:tcPr>
          <w:p>
            <w:pPr>
              <w:spacing w:after="0"/>
            </w:pPr>
            <w:r>
              <w:rPr>
                <w:rFonts w:ascii="Arimo" w:hAnsi="Arimo" w:eastAsia="Arimo"/>
                <w:i w:val="0"/>
                <w:color w:val="263238"/>
                <w:sz w:val="15"/>
              </w:rPr>
              <w:t>Human / Ethics</w:t>
            </w:r>
          </w:p>
        </w:tc>
        <w:tc>
          <w:tcPr>
            <w:tcW w:type="dxa" w:w="5040"/>
            <w:tcMar>
              <w:top w:w="75" w:type="dxa"/>
              <w:start w:w="75" w:type="dxa"/>
              <w:bottom w:w="75" w:type="dxa"/>
              <w:end w:w="75" w:type="dxa"/>
            </w:tcMar>
          </w:tcPr>
          <w:p>
            <w:pPr>
              <w:spacing w:after="0"/>
            </w:pPr>
            <w:r>
              <w:rPr>
                <w:rFonts w:ascii="Arimo" w:hAnsi="Arimo" w:eastAsia="Arimo"/>
                <w:i w:val="0"/>
                <w:color w:val="263238"/>
                <w:sz w:val="15"/>
              </w:rPr>
              <w:t>Does the project involve people, surveys, medical/biometric data or decisions affecting individuals?</w:t>
            </w:r>
          </w:p>
        </w:tc>
        <w:tc>
          <w:tcPr>
            <w:tcW w:type="dxa" w:w="2880"/>
            <w:tcMar>
              <w:top w:w="75" w:type="dxa"/>
              <w:start w:w="75" w:type="dxa"/>
              <w:bottom w:w="75" w:type="dxa"/>
              <w:end w:w="75" w:type="dxa"/>
            </w:tcMar>
          </w:tcPr>
          <w:p>
            <w:pPr>
              <w:spacing w:after="0"/>
            </w:pPr>
            <w:r>
              <w:rPr>
                <w:rFonts w:ascii="Arimo" w:hAnsi="Arimo" w:eastAsia="Arimo"/>
                <w:i/>
                <w:color w:val="71808D"/>
                <w:sz w:val="15"/>
              </w:rPr>
              <w:t>[Approval / consent / N/A]</w:t>
            </w:r>
          </w:p>
        </w:tc>
      </w:tr>
      <w:tr>
        <w:tc>
          <w:tcPr>
            <w:tcW w:type="dxa" w:w="1872"/>
            <w:tcMar>
              <w:top w:w="75" w:type="dxa"/>
              <w:start w:w="75" w:type="dxa"/>
              <w:bottom w:w="75" w:type="dxa"/>
              <w:end w:w="75" w:type="dxa"/>
            </w:tcMar>
            <w:shd w:fill="FAFBFC"/>
          </w:tcPr>
          <w:p>
            <w:pPr>
              <w:spacing w:after="0"/>
            </w:pPr>
            <w:r>
              <w:rPr>
                <w:rFonts w:ascii="Arimo" w:hAnsi="Arimo" w:eastAsia="Arimo"/>
                <w:i w:val="0"/>
                <w:color w:val="263238"/>
                <w:sz w:val="15"/>
              </w:rPr>
              <w:t>Privacy</w:t>
            </w:r>
          </w:p>
        </w:tc>
        <w:tc>
          <w:tcPr>
            <w:tcW w:type="dxa" w:w="5040"/>
            <w:tcMar>
              <w:top w:w="75" w:type="dxa"/>
              <w:start w:w="75" w:type="dxa"/>
              <w:bottom w:w="75" w:type="dxa"/>
              <w:end w:w="75" w:type="dxa"/>
            </w:tcMar>
            <w:shd w:fill="FAFBFC"/>
          </w:tcPr>
          <w:p>
            <w:pPr>
              <w:spacing w:after="0"/>
            </w:pPr>
            <w:r>
              <w:rPr>
                <w:rFonts w:ascii="Arimo" w:hAnsi="Arimo" w:eastAsia="Arimo"/>
                <w:i w:val="0"/>
                <w:color w:val="263238"/>
                <w:sz w:val="15"/>
              </w:rPr>
              <w:t>What personal or sensitive data is collected, stored or transmitted?</w:t>
            </w:r>
          </w:p>
        </w:tc>
        <w:tc>
          <w:tcPr>
            <w:tcW w:type="dxa" w:w="2880"/>
            <w:tcMar>
              <w:top w:w="75" w:type="dxa"/>
              <w:start w:w="75" w:type="dxa"/>
              <w:bottom w:w="75" w:type="dxa"/>
              <w:end w:w="75" w:type="dxa"/>
            </w:tcMar>
            <w:shd w:fill="FAFBFC"/>
          </w:tcPr>
          <w:p>
            <w:pPr>
              <w:spacing w:after="0"/>
            </w:pPr>
            <w:r>
              <w:rPr>
                <w:rFonts w:ascii="Arimo" w:hAnsi="Arimo" w:eastAsia="Arimo"/>
                <w:i/>
                <w:color w:val="71808D"/>
                <w:sz w:val="15"/>
              </w:rPr>
              <w:t>[Controls / minimization / N/A]</w:t>
            </w:r>
          </w:p>
        </w:tc>
      </w:tr>
      <w:tr>
        <w:tc>
          <w:tcPr>
            <w:tcW w:type="dxa" w:w="1872"/>
            <w:tcMar>
              <w:top w:w="75" w:type="dxa"/>
              <w:start w:w="75" w:type="dxa"/>
              <w:bottom w:w="75" w:type="dxa"/>
              <w:end w:w="75" w:type="dxa"/>
            </w:tcMar>
          </w:tcPr>
          <w:p>
            <w:pPr>
              <w:spacing w:after="0"/>
            </w:pPr>
            <w:r>
              <w:rPr>
                <w:rFonts w:ascii="Arimo" w:hAnsi="Arimo" w:eastAsia="Arimo"/>
                <w:i w:val="0"/>
                <w:color w:val="263238"/>
                <w:sz w:val="15"/>
              </w:rPr>
              <w:t>Cybersecurity</w:t>
            </w:r>
          </w:p>
        </w:tc>
        <w:tc>
          <w:tcPr>
            <w:tcW w:type="dxa" w:w="5040"/>
            <w:tcMar>
              <w:top w:w="75" w:type="dxa"/>
              <w:start w:w="75" w:type="dxa"/>
              <w:bottom w:w="75" w:type="dxa"/>
              <w:end w:w="75" w:type="dxa"/>
            </w:tcMar>
          </w:tcPr>
          <w:p>
            <w:pPr>
              <w:spacing w:after="0"/>
            </w:pPr>
            <w:r>
              <w:rPr>
                <w:rFonts w:ascii="Arimo" w:hAnsi="Arimo" w:eastAsia="Arimo"/>
                <w:i w:val="0"/>
                <w:color w:val="263238"/>
                <w:sz w:val="15"/>
              </w:rPr>
              <w:t>What attack or misuse risks exist?</w:t>
            </w:r>
          </w:p>
        </w:tc>
        <w:tc>
          <w:tcPr>
            <w:tcW w:type="dxa" w:w="2880"/>
            <w:tcMar>
              <w:top w:w="75" w:type="dxa"/>
              <w:start w:w="75" w:type="dxa"/>
              <w:bottom w:w="75" w:type="dxa"/>
              <w:end w:w="75" w:type="dxa"/>
            </w:tcMar>
          </w:tcPr>
          <w:p>
            <w:pPr>
              <w:spacing w:after="0"/>
            </w:pPr>
            <w:r>
              <w:rPr>
                <w:rFonts w:ascii="Arimo" w:hAnsi="Arimo" w:eastAsia="Arimo"/>
                <w:i/>
                <w:color w:val="71808D"/>
                <w:sz w:val="15"/>
              </w:rPr>
              <w:t>[Authentication, validation, secure storage, etc.]</w:t>
            </w:r>
          </w:p>
        </w:tc>
      </w:tr>
      <w:tr>
        <w:tc>
          <w:tcPr>
            <w:tcW w:type="dxa" w:w="1872"/>
            <w:tcMar>
              <w:top w:w="75" w:type="dxa"/>
              <w:start w:w="75" w:type="dxa"/>
              <w:bottom w:w="75" w:type="dxa"/>
              <w:end w:w="75" w:type="dxa"/>
            </w:tcMar>
            <w:shd w:fill="FAFBFC"/>
          </w:tcPr>
          <w:p>
            <w:pPr>
              <w:spacing w:after="0"/>
            </w:pPr>
            <w:r>
              <w:rPr>
                <w:rFonts w:ascii="Arimo" w:hAnsi="Arimo" w:eastAsia="Arimo"/>
                <w:i w:val="0"/>
                <w:color w:val="263238"/>
                <w:sz w:val="15"/>
              </w:rPr>
              <w:t>Physical Safety</w:t>
            </w:r>
          </w:p>
        </w:tc>
        <w:tc>
          <w:tcPr>
            <w:tcW w:type="dxa" w:w="5040"/>
            <w:tcMar>
              <w:top w:w="75" w:type="dxa"/>
              <w:start w:w="75" w:type="dxa"/>
              <w:bottom w:w="75" w:type="dxa"/>
              <w:end w:w="75" w:type="dxa"/>
            </w:tcMar>
            <w:shd w:fill="FAFBFC"/>
          </w:tcPr>
          <w:p>
            <w:pPr>
              <w:spacing w:after="0"/>
            </w:pPr>
            <w:r>
              <w:rPr>
                <w:rFonts w:ascii="Arimo" w:hAnsi="Arimo" w:eastAsia="Arimo"/>
                <w:i w:val="0"/>
                <w:color w:val="263238"/>
                <w:sz w:val="15"/>
              </w:rPr>
              <w:t>Are there electrical, mechanical, thermal, chemical or operational hazards?</w:t>
            </w:r>
          </w:p>
        </w:tc>
        <w:tc>
          <w:tcPr>
            <w:tcW w:type="dxa" w:w="2880"/>
            <w:tcMar>
              <w:top w:w="75" w:type="dxa"/>
              <w:start w:w="75" w:type="dxa"/>
              <w:bottom w:w="75" w:type="dxa"/>
              <w:end w:w="75" w:type="dxa"/>
            </w:tcMar>
            <w:shd w:fill="FAFBFC"/>
          </w:tcPr>
          <w:p>
            <w:pPr>
              <w:spacing w:after="0"/>
            </w:pPr>
            <w:r>
              <w:rPr>
                <w:rFonts w:ascii="Arimo" w:hAnsi="Arimo" w:eastAsia="Arimo"/>
                <w:i/>
                <w:color w:val="71808D"/>
                <w:sz w:val="15"/>
              </w:rPr>
              <w:t>[Safety controls / PPE / supervision]</w:t>
            </w:r>
          </w:p>
        </w:tc>
      </w:tr>
      <w:tr>
        <w:tc>
          <w:tcPr>
            <w:tcW w:type="dxa" w:w="1872"/>
            <w:tcMar>
              <w:top w:w="75" w:type="dxa"/>
              <w:start w:w="75" w:type="dxa"/>
              <w:bottom w:w="75" w:type="dxa"/>
              <w:end w:w="75" w:type="dxa"/>
            </w:tcMar>
          </w:tcPr>
          <w:p>
            <w:pPr>
              <w:spacing w:after="0"/>
            </w:pPr>
            <w:r>
              <w:rPr>
                <w:rFonts w:ascii="Arimo" w:hAnsi="Arimo" w:eastAsia="Arimo"/>
                <w:i w:val="0"/>
                <w:color w:val="263238"/>
                <w:sz w:val="15"/>
              </w:rPr>
              <w:t>Bias / Fairness</w:t>
            </w:r>
          </w:p>
        </w:tc>
        <w:tc>
          <w:tcPr>
            <w:tcW w:type="dxa" w:w="5040"/>
            <w:tcMar>
              <w:top w:w="75" w:type="dxa"/>
              <w:start w:w="75" w:type="dxa"/>
              <w:bottom w:w="75" w:type="dxa"/>
              <w:end w:w="75" w:type="dxa"/>
            </w:tcMar>
          </w:tcPr>
          <w:p>
            <w:pPr>
              <w:spacing w:after="0"/>
            </w:pPr>
            <w:r>
              <w:rPr>
                <w:rFonts w:ascii="Arimo" w:hAnsi="Arimo" w:eastAsia="Arimo"/>
                <w:i w:val="0"/>
                <w:color w:val="263238"/>
                <w:sz w:val="15"/>
              </w:rPr>
              <w:t>Could a model/system perform differently across groups or conditions?</w:t>
            </w:r>
          </w:p>
        </w:tc>
        <w:tc>
          <w:tcPr>
            <w:tcW w:type="dxa" w:w="2880"/>
            <w:tcMar>
              <w:top w:w="75" w:type="dxa"/>
              <w:start w:w="75" w:type="dxa"/>
              <w:bottom w:w="75" w:type="dxa"/>
              <w:end w:w="75" w:type="dxa"/>
            </w:tcMar>
          </w:tcPr>
          <w:p>
            <w:pPr>
              <w:spacing w:after="0"/>
            </w:pPr>
            <w:r>
              <w:rPr>
                <w:rFonts w:ascii="Arimo" w:hAnsi="Arimo" w:eastAsia="Arimo"/>
                <w:i/>
                <w:color w:val="71808D"/>
                <w:sz w:val="15"/>
              </w:rPr>
              <w:t>[Evaluation / dataset review / N/A]</w:t>
            </w:r>
          </w:p>
        </w:tc>
      </w:tr>
      <w:tr>
        <w:tc>
          <w:tcPr>
            <w:tcW w:type="dxa" w:w="1872"/>
            <w:tcMar>
              <w:top w:w="75" w:type="dxa"/>
              <w:start w:w="75" w:type="dxa"/>
              <w:bottom w:w="75" w:type="dxa"/>
              <w:end w:w="75" w:type="dxa"/>
            </w:tcMar>
            <w:shd w:fill="FAFBFC"/>
          </w:tcPr>
          <w:p>
            <w:pPr>
              <w:spacing w:after="0"/>
            </w:pPr>
            <w:r>
              <w:rPr>
                <w:rFonts w:ascii="Arimo" w:hAnsi="Arimo" w:eastAsia="Arimo"/>
                <w:i w:val="0"/>
                <w:color w:val="263238"/>
                <w:sz w:val="15"/>
              </w:rPr>
              <w:t>Sustainability</w:t>
            </w:r>
          </w:p>
        </w:tc>
        <w:tc>
          <w:tcPr>
            <w:tcW w:type="dxa" w:w="5040"/>
            <w:tcMar>
              <w:top w:w="75" w:type="dxa"/>
              <w:start w:w="75" w:type="dxa"/>
              <w:bottom w:w="75" w:type="dxa"/>
              <w:end w:w="75" w:type="dxa"/>
            </w:tcMar>
            <w:shd w:fill="FAFBFC"/>
          </w:tcPr>
          <w:p>
            <w:pPr>
              <w:spacing w:after="0"/>
            </w:pPr>
            <w:r>
              <w:rPr>
                <w:rFonts w:ascii="Arimo" w:hAnsi="Arimo" w:eastAsia="Arimo"/>
                <w:i w:val="0"/>
                <w:color w:val="263238"/>
                <w:sz w:val="15"/>
              </w:rPr>
              <w:t>What energy, material, waste or lifecycle considerations apply?</w:t>
            </w:r>
          </w:p>
        </w:tc>
        <w:tc>
          <w:tcPr>
            <w:tcW w:type="dxa" w:w="2880"/>
            <w:tcMar>
              <w:top w:w="75" w:type="dxa"/>
              <w:start w:w="75" w:type="dxa"/>
              <w:bottom w:w="75" w:type="dxa"/>
              <w:end w:w="75" w:type="dxa"/>
            </w:tcMar>
            <w:shd w:fill="FAFBFC"/>
          </w:tcPr>
          <w:p>
            <w:pPr>
              <w:spacing w:after="0"/>
            </w:pPr>
            <w:r>
              <w:rPr>
                <w:rFonts w:ascii="Arimo" w:hAnsi="Arimo" w:eastAsia="Arimo"/>
                <w:i/>
                <w:color w:val="71808D"/>
                <w:sz w:val="15"/>
              </w:rPr>
              <w:t>[Design response / N/A]</w:t>
            </w:r>
          </w:p>
        </w:tc>
      </w:tr>
      <w:tr>
        <w:tc>
          <w:tcPr>
            <w:tcW w:type="dxa" w:w="1872"/>
            <w:tcMar>
              <w:top w:w="75" w:type="dxa"/>
              <w:start w:w="75" w:type="dxa"/>
              <w:bottom w:w="75" w:type="dxa"/>
              <w:end w:w="75" w:type="dxa"/>
            </w:tcMar>
          </w:tcPr>
          <w:p>
            <w:pPr>
              <w:spacing w:after="0"/>
            </w:pPr>
            <w:r>
              <w:rPr>
                <w:rFonts w:ascii="Arimo" w:hAnsi="Arimo" w:eastAsia="Arimo"/>
                <w:i w:val="0"/>
                <w:color w:val="263238"/>
                <w:sz w:val="15"/>
              </w:rPr>
              <w:t>Licensing / IP</w:t>
            </w:r>
          </w:p>
        </w:tc>
        <w:tc>
          <w:tcPr>
            <w:tcW w:type="dxa" w:w="5040"/>
            <w:tcMar>
              <w:top w:w="75" w:type="dxa"/>
              <w:start w:w="75" w:type="dxa"/>
              <w:bottom w:w="75" w:type="dxa"/>
              <w:end w:w="75" w:type="dxa"/>
            </w:tcMar>
          </w:tcPr>
          <w:p>
            <w:pPr>
              <w:spacing w:after="0"/>
            </w:pPr>
            <w:r>
              <w:rPr>
                <w:rFonts w:ascii="Arimo" w:hAnsi="Arimo" w:eastAsia="Arimo"/>
                <w:i w:val="0"/>
                <w:color w:val="263238"/>
                <w:sz w:val="15"/>
              </w:rPr>
              <w:t>Are code, datasets, CAD files or third-party assets legally reusable?</w:t>
            </w:r>
          </w:p>
        </w:tc>
        <w:tc>
          <w:tcPr>
            <w:tcW w:type="dxa" w:w="2880"/>
            <w:tcMar>
              <w:top w:w="75" w:type="dxa"/>
              <w:start w:w="75" w:type="dxa"/>
              <w:bottom w:w="75" w:type="dxa"/>
              <w:end w:w="75" w:type="dxa"/>
            </w:tcMar>
          </w:tcPr>
          <w:p>
            <w:pPr>
              <w:spacing w:after="0"/>
            </w:pPr>
            <w:r>
              <w:rPr>
                <w:rFonts w:ascii="Arimo" w:hAnsi="Arimo" w:eastAsia="Arimo"/>
                <w:i/>
                <w:color w:val="71808D"/>
                <w:sz w:val="15"/>
              </w:rPr>
              <w:t>[Licence and attribution plan]</w:t>
            </w:r>
          </w:p>
        </w:tc>
      </w:tr>
    </w:tbl>
    <w:p>
      <w:pPr>
        <w:spacing w:after="40"/>
      </w:pPr>
    </w:p>
    <w:tbl>
      <w:tblPr>
        <w:tblW w:type="auto" w:w="0"/>
        <w:jc w:val="center"/>
        <w:tblLayout w:type="fixed"/>
        <w:tblLook w:firstColumn="1" w:firstRow="1" w:lastColumn="0" w:lastRow="0" w:noHBand="0" w:noVBand="1" w:val="04A0"/>
      </w:tblPr>
      <w:tblGrid>
        <w:gridCol w:w="9994"/>
      </w:tblGrid>
      <w:tr>
        <w:tc>
          <w:tcPr>
            <w:tcW w:type="dxa" w:w="9994"/>
            <w:shd w:fill="EAF2F8"/>
            <w:tcMar>
              <w:top w:w="120" w:type="dxa"/>
              <w:start w:w="150" w:type="dxa"/>
              <w:bottom w:w="120" w:type="dxa"/>
              <w:end w:w="150" w:type="dxa"/>
            </w:tcMar>
          </w:tcPr>
          <w:p>
            <w:pPr>
              <w:spacing w:after="40"/>
            </w:pPr>
            <w:r>
              <w:rPr>
                <w:rFonts w:ascii="Arimo" w:hAnsi="Arimo" w:eastAsia="Arimo"/>
                <w:b/>
                <w:color w:val="1F5D8F"/>
                <w:sz w:val="19"/>
              </w:rPr>
              <w:t>Academic integrity</w:t>
            </w:r>
          </w:p>
          <w:p>
            <w:pPr>
              <w:spacing w:after="0"/>
            </w:pPr>
            <w:r>
              <w:rPr>
                <w:rFonts w:ascii="Arimo" w:hAnsi="Arimo" w:eastAsia="Arimo"/>
                <w:color w:val="5F6B76"/>
                <w:sz w:val="18"/>
              </w:rPr>
              <w:t>Open-source code, public datasets, AI tools and existing designs may support learning and development, but they must be used according to their licences and your institution’s academic-integrity rules. Clearly identify reused components and your own contribution.</w:t>
            </w:r>
          </w:p>
        </w:tc>
      </w:tr>
    </w:tbl>
    <w:p>
      <w:pPr>
        <w:spacing w:after="20"/>
      </w:pPr>
    </w:p>
    <w:p>
      <w:pPr>
        <w:pageBreakBefore/>
        <w:spacing w:after="40"/>
      </w:pPr>
      <w:r>
        <w:rPr>
          <w:rFonts w:ascii="Arimo" w:hAnsi="Arimo" w:eastAsia="Arimo"/>
          <w:b/>
          <w:color w:val="F28C28"/>
          <w:sz w:val="16"/>
        </w:rPr>
        <w:t>SUPPORTING MATERIAL</w:t>
      </w:r>
    </w:p>
    <w:p>
      <w:pPr>
        <w:spacing w:before="40" w:after="140"/>
        <w:keepNext/>
        <w:pBdr>
          <w:bottom w:val="single" w:sz="7" w:space="4" w:color="C9D8E5"/>
        </w:pBdr>
      </w:pPr>
      <w:r>
        <w:rPr>
          <w:rFonts w:ascii="Arimo" w:hAnsi="Arimo" w:eastAsia="Arimo"/>
          <w:b/>
          <w:color w:val="F28C28"/>
          <w:sz w:val="30"/>
        </w:rPr>
        <w:t xml:space="preserve">11  </w:t>
      </w:r>
      <w:r>
        <w:rPr>
          <w:rFonts w:ascii="Arimo" w:hAnsi="Arimo" w:eastAsia="Arimo"/>
          <w:b/>
          <w:color w:val="17324D"/>
          <w:sz w:val="30"/>
        </w:rPr>
        <w:t>References</w:t>
      </w:r>
    </w:p>
    <w:p>
      <w:pPr>
        <w:spacing w:after="160"/>
      </w:pPr>
      <w:r>
        <w:rPr>
          <w:rFonts w:ascii="Arimo" w:hAnsi="Arimo" w:eastAsia="Arimo"/>
          <w:i/>
          <w:color w:val="5F6B76"/>
          <w:sz w:val="19"/>
        </w:rPr>
        <w:t>Use the citation style required by your institution (for example IEEE, APA, Harvard or Vancouver). Keep one style consistently throughout.</w:t>
      </w:r>
    </w:p>
    <w:tbl>
      <w:tblPr>
        <w:tblW w:type="auto" w:w="0"/>
        <w:jc w:val="center"/>
        <w:tblLayout w:type="fixed"/>
        <w:tblLook w:firstColumn="1" w:firstRow="1" w:lastColumn="0" w:lastRow="0" w:noHBand="0" w:noVBand="1" w:val="04A0"/>
      </w:tblPr>
      <w:tblGrid>
        <w:gridCol w:w="9994"/>
      </w:tblGrid>
      <w:tr>
        <w:tc>
          <w:tcPr>
            <w:tcW w:type="dxa" w:w="9994"/>
            <w:shd w:fill="EAF2F8"/>
            <w:tcMar>
              <w:top w:w="120" w:type="dxa"/>
              <w:start w:w="150" w:type="dxa"/>
              <w:bottom w:w="120" w:type="dxa"/>
              <w:end w:w="150" w:type="dxa"/>
            </w:tcMar>
          </w:tcPr>
          <w:p>
            <w:pPr>
              <w:spacing w:after="40"/>
            </w:pPr>
            <w:r>
              <w:rPr>
                <w:rFonts w:ascii="Arimo" w:hAnsi="Arimo" w:eastAsia="Arimo"/>
                <w:b/>
                <w:color w:val="1F5D8F"/>
                <w:sz w:val="19"/>
              </w:rPr>
              <w:t>Reference quality</w:t>
            </w:r>
          </w:p>
          <w:p>
            <w:pPr>
              <w:spacing w:after="0"/>
            </w:pPr>
            <w:r>
              <w:rPr>
                <w:rFonts w:ascii="Arimo" w:hAnsi="Arimo" w:eastAsia="Arimo"/>
                <w:color w:val="5F6B76"/>
                <w:sz w:val="18"/>
              </w:rPr>
              <w:t>Prefer primary and authoritative sources: peer-reviewed papers, standards, official datasets, manufacturer documentation and reputable technical reports. Cite the exact dataset, library or model version when relevant.</w:t>
            </w:r>
          </w:p>
        </w:tc>
      </w:tr>
    </w:tbl>
    <w:p>
      <w:pPr>
        <w:spacing w:after="20"/>
      </w:pPr>
    </w:p>
    <w:tbl>
      <w:tblPr>
        <w:tblW w:type="auto" w:w="0"/>
        <w:jc w:val="center"/>
        <w:tblLook w:firstColumn="1" w:firstRow="1" w:lastColumn="0" w:lastRow="0" w:noHBand="0" w:noVBand="1" w:val="04A0"/>
      </w:tblPr>
      <w:tblGrid>
        <w:gridCol w:w="9994"/>
      </w:tblGrid>
      <w:tr>
        <w:tc>
          <w:tcPr>
            <w:tcW w:type="dxa" w:w="9994"/>
            <w:shd w:fill="FBFCFD"/>
            <w:tcMar>
              <w:top w:w="130" w:type="dxa"/>
              <w:start w:w="150" w:type="dxa"/>
              <w:bottom w:w="130" w:type="dxa"/>
              <w:end w:w="150" w:type="dxa"/>
            </w:tcMar>
            <w:tcBorders>
              <w:top w:val="single" w:sz="5" w:color="D7E0E8"/>
              <w:left w:val="single" w:sz="5" w:color="D7E0E8"/>
              <w:bottom w:val="single" w:sz="5" w:color="D7E0E8"/>
              <w:right w:val="single" w:sz="5" w:color="D7E0E8"/>
            </w:tcBorders>
          </w:tcPr>
          <w:p>
            <w:pPr>
              <w:spacing w:after="100"/>
            </w:pPr>
            <w:r>
              <w:rPr>
                <w:rFonts w:ascii="Arimo" w:hAnsi="Arimo" w:eastAsia="Arimo"/>
                <w:i/>
                <w:color w:val="71808D"/>
                <w:sz w:val="19"/>
              </w:rPr>
              <w:t>[1] Author(s), “Title,” Journal/Conference/Publisher, year, DOI/URL.</w:t>
              <w:br/>
              <w:t>[2] Organization, “Dataset / Standard / Documentation Title,” version/date, URL.</w:t>
              <w:br/>
              <w:t>[3] ...</w:t>
            </w:r>
          </w:p>
          <w:p>
            <w:pPr>
              <w:spacing w:after="160"/>
            </w:pPr>
          </w:p>
          <w:p>
            <w:pPr>
              <w:spacing w:after="160"/>
            </w:pPr>
          </w:p>
          <w:p>
            <w:pPr>
              <w:spacing w:after="160"/>
            </w:pPr>
          </w:p>
          <w:p>
            <w:pPr>
              <w:spacing w:after="160"/>
            </w:pPr>
          </w:p>
          <w:p>
            <w:pPr>
              <w:spacing w:after="160"/>
            </w:pPr>
          </w:p>
          <w:p>
            <w:pPr>
              <w:spacing w:after="160"/>
            </w:pPr>
          </w:p>
        </w:tc>
      </w:tr>
    </w:tbl>
    <w:p>
      <w:pPr>
        <w:spacing w:after="40"/>
      </w:pPr>
    </w:p>
    <w:p>
      <w:pPr>
        <w:spacing w:after="60" w:line="269" w:lineRule="auto"/>
      </w:pPr>
      <w:r>
        <w:rPr>
          <w:rFonts w:ascii="Arimo" w:hAnsi="Arimo" w:eastAsia="Arimo"/>
          <w:b/>
          <w:i w:val="0"/>
          <w:color w:val="17324D"/>
          <w:sz w:val="22"/>
        </w:rPr>
        <w:t>Suggested Citation Categories to Check</w:t>
      </w:r>
    </w:p>
    <w:p>
      <w:pPr>
        <w:pStyle w:val="ListBullet"/>
        <w:spacing w:after="60" w:line="259" w:lineRule="auto"/>
      </w:pPr>
      <w:r>
        <w:rPr>
          <w:rFonts w:ascii="Arimo" w:hAnsi="Arimo" w:eastAsia="Arimo"/>
          <w:color w:val="263238"/>
          <w:sz w:val="20"/>
        </w:rPr>
        <w:t>Problem/background evidence</w:t>
      </w:r>
    </w:p>
    <w:p>
      <w:pPr>
        <w:pStyle w:val="ListBullet"/>
        <w:spacing w:after="60" w:line="259" w:lineRule="auto"/>
      </w:pPr>
      <w:r>
        <w:rPr>
          <w:rFonts w:ascii="Arimo" w:hAnsi="Arimo" w:eastAsia="Arimo"/>
          <w:color w:val="263238"/>
          <w:sz w:val="20"/>
        </w:rPr>
        <w:t>Methods, algorithms or equations</w:t>
      </w:r>
    </w:p>
    <w:p>
      <w:pPr>
        <w:pStyle w:val="ListBullet"/>
        <w:spacing w:after="60" w:line="259" w:lineRule="auto"/>
      </w:pPr>
      <w:r>
        <w:rPr>
          <w:rFonts w:ascii="Arimo" w:hAnsi="Arimo" w:eastAsia="Arimo"/>
          <w:color w:val="263238"/>
          <w:sz w:val="20"/>
        </w:rPr>
        <w:t>Datasets and benchmarks</w:t>
      </w:r>
    </w:p>
    <w:p>
      <w:pPr>
        <w:pStyle w:val="ListBullet"/>
        <w:spacing w:after="60" w:line="259" w:lineRule="auto"/>
      </w:pPr>
      <w:r>
        <w:rPr>
          <w:rFonts w:ascii="Arimo" w:hAnsi="Arimo" w:eastAsia="Arimo"/>
          <w:color w:val="263238"/>
          <w:sz w:val="20"/>
        </w:rPr>
        <w:t>Software libraries / models / frameworks</w:t>
      </w:r>
    </w:p>
    <w:p>
      <w:pPr>
        <w:pStyle w:val="ListBullet"/>
        <w:spacing w:after="60" w:line="259" w:lineRule="auto"/>
      </w:pPr>
      <w:r>
        <w:rPr>
          <w:rFonts w:ascii="Arimo" w:hAnsi="Arimo" w:eastAsia="Arimo"/>
          <w:color w:val="263238"/>
          <w:sz w:val="20"/>
        </w:rPr>
        <w:t>Hardware specifications / standards</w:t>
      </w:r>
    </w:p>
    <w:p>
      <w:pPr>
        <w:pStyle w:val="ListBullet"/>
        <w:spacing w:after="60" w:line="259" w:lineRule="auto"/>
      </w:pPr>
      <w:r>
        <w:rPr>
          <w:rFonts w:ascii="Arimo" w:hAnsi="Arimo" w:eastAsia="Arimo"/>
          <w:color w:val="263238"/>
          <w:sz w:val="20"/>
        </w:rPr>
        <w:t>Figures, images or design assets adapted from other sources</w:t>
      </w:r>
    </w:p>
    <w:p>
      <w:pPr>
        <w:spacing w:before="40" w:after="140"/>
        <w:keepNext/>
        <w:pBdr>
          <w:bottom w:val="single" w:sz="7" w:space="4" w:color="C9D8E5"/>
        </w:pBdr>
      </w:pPr>
      <w:r>
        <w:rPr>
          <w:rFonts w:ascii="Arimo" w:hAnsi="Arimo" w:eastAsia="Arimo"/>
          <w:b/>
          <w:color w:val="F28C28"/>
          <w:sz w:val="30"/>
        </w:rPr>
        <w:t xml:space="preserve">12  </w:t>
      </w:r>
      <w:r>
        <w:rPr>
          <w:rFonts w:ascii="Arimo" w:hAnsi="Arimo" w:eastAsia="Arimo"/>
          <w:b/>
          <w:color w:val="17324D"/>
          <w:sz w:val="30"/>
        </w:rPr>
        <w:t>Appendices (Optional)</w:t>
      </w:r>
    </w:p>
    <w:p>
      <w:pPr>
        <w:spacing w:after="160"/>
      </w:pPr>
      <w:r>
        <w:rPr>
          <w:rFonts w:ascii="Arimo" w:hAnsi="Arimo" w:eastAsia="Arimo"/>
          <w:i/>
          <w:color w:val="5F6B76"/>
          <w:sz w:val="19"/>
        </w:rPr>
        <w:t>Move detailed supporting material here so the main proposal stays readable.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1440"/>
            <w:shd w:fill="17324D"/>
            <w:tcMar>
              <w:top w:w="80" w:type="dxa"/>
              <w:start w:w="80" w:type="dxa"/>
              <w:bottom w:w="80" w:type="dxa"/>
              <w:end w:w="80" w:type="dxa"/>
            </w:tcMar>
          </w:tcPr>
          <w:p>
            <w:pPr>
              <w:spacing w:after="0"/>
              <w:jc w:val="center"/>
            </w:pPr>
            <w:r>
              <w:rPr>
                <w:rFonts w:ascii="Arimo" w:hAnsi="Arimo" w:eastAsia="Arimo"/>
                <w:b/>
                <w:color w:val="FFFFFF"/>
                <w:sz w:val="17"/>
              </w:rPr>
              <w:t>Appendix</w:t>
            </w:r>
          </w:p>
        </w:tc>
        <w:tc>
          <w:tcPr>
            <w:tcW w:type="dxa" w:w="8352"/>
            <w:shd w:fill="17324D"/>
            <w:tcMar>
              <w:top w:w="80" w:type="dxa"/>
              <w:start w:w="80" w:type="dxa"/>
              <w:bottom w:w="80" w:type="dxa"/>
              <w:end w:w="80" w:type="dxa"/>
            </w:tcMar>
          </w:tcPr>
          <w:p>
            <w:pPr>
              <w:spacing w:after="0"/>
              <w:jc w:val="center"/>
            </w:pPr>
            <w:r>
              <w:rPr>
                <w:rFonts w:ascii="Arimo" w:hAnsi="Arimo" w:eastAsia="Arimo"/>
                <w:b/>
                <w:color w:val="FFFFFF"/>
                <w:sz w:val="17"/>
              </w:rPr>
              <w:t>Suggested Content</w:t>
            </w:r>
          </w:p>
        </w:tc>
      </w:tr>
      <w:tr>
        <w:tc>
          <w:tcPr>
            <w:tcW w:type="dxa" w:w="1440"/>
            <w:tcMar>
              <w:top w:w="75" w:type="dxa"/>
              <w:start w:w="75" w:type="dxa"/>
              <w:bottom w:w="75" w:type="dxa"/>
              <w:end w:w="75" w:type="dxa"/>
            </w:tcMar>
          </w:tcPr>
          <w:p>
            <w:pPr>
              <w:spacing w:after="0"/>
            </w:pPr>
            <w:r>
              <w:rPr>
                <w:rFonts w:ascii="Arimo" w:hAnsi="Arimo" w:eastAsia="Arimo"/>
                <w:i w:val="0"/>
                <w:color w:val="263238"/>
                <w:sz w:val="17"/>
              </w:rPr>
              <w:t>A</w:t>
            </w:r>
          </w:p>
        </w:tc>
        <w:tc>
          <w:tcPr>
            <w:tcW w:type="dxa" w:w="8352"/>
            <w:tcMar>
              <w:top w:w="75" w:type="dxa"/>
              <w:start w:w="75" w:type="dxa"/>
              <w:bottom w:w="75" w:type="dxa"/>
              <w:end w:w="75" w:type="dxa"/>
            </w:tcMar>
          </w:tcPr>
          <w:p>
            <w:pPr>
              <w:spacing w:after="0"/>
            </w:pPr>
            <w:r>
              <w:rPr>
                <w:rFonts w:ascii="Arimo" w:hAnsi="Arimo" w:eastAsia="Arimo"/>
                <w:i w:val="0"/>
                <w:color w:val="263238"/>
                <w:sz w:val="17"/>
              </w:rPr>
              <w:t>Detailed requirements / user stories / stakeholder interview questions</w:t>
            </w:r>
          </w:p>
        </w:tc>
      </w:tr>
      <w:tr>
        <w:tc>
          <w:tcPr>
            <w:tcW w:type="dxa" w:w="1440"/>
            <w:tcMar>
              <w:top w:w="75" w:type="dxa"/>
              <w:start w:w="75" w:type="dxa"/>
              <w:bottom w:w="75" w:type="dxa"/>
              <w:end w:w="75" w:type="dxa"/>
            </w:tcMar>
            <w:shd w:fill="FAFBFC"/>
          </w:tcPr>
          <w:p>
            <w:pPr>
              <w:spacing w:after="0"/>
            </w:pPr>
            <w:r>
              <w:rPr>
                <w:rFonts w:ascii="Arimo" w:hAnsi="Arimo" w:eastAsia="Arimo"/>
                <w:i w:val="0"/>
                <w:color w:val="263238"/>
                <w:sz w:val="17"/>
              </w:rPr>
              <w:t>B</w:t>
            </w:r>
          </w:p>
        </w:tc>
        <w:tc>
          <w:tcPr>
            <w:tcW w:type="dxa" w:w="8352"/>
            <w:tcMar>
              <w:top w:w="75" w:type="dxa"/>
              <w:start w:w="75" w:type="dxa"/>
              <w:bottom w:w="75" w:type="dxa"/>
              <w:end w:w="75" w:type="dxa"/>
            </w:tcMar>
            <w:shd w:fill="FAFBFC"/>
          </w:tcPr>
          <w:p>
            <w:pPr>
              <w:spacing w:after="0"/>
            </w:pPr>
            <w:r>
              <w:rPr>
                <w:rFonts w:ascii="Arimo" w:hAnsi="Arimo" w:eastAsia="Arimo"/>
                <w:i w:val="0"/>
                <w:color w:val="263238"/>
                <w:sz w:val="17"/>
              </w:rPr>
              <w:t>System diagrams, circuit drawings, CAD concepts, network topology</w:t>
            </w:r>
          </w:p>
        </w:tc>
      </w:tr>
      <w:tr>
        <w:tc>
          <w:tcPr>
            <w:tcW w:type="dxa" w:w="1440"/>
            <w:tcMar>
              <w:top w:w="75" w:type="dxa"/>
              <w:start w:w="75" w:type="dxa"/>
              <w:bottom w:w="75" w:type="dxa"/>
              <w:end w:w="75" w:type="dxa"/>
            </w:tcMar>
          </w:tcPr>
          <w:p>
            <w:pPr>
              <w:spacing w:after="0"/>
            </w:pPr>
            <w:r>
              <w:rPr>
                <w:rFonts w:ascii="Arimo" w:hAnsi="Arimo" w:eastAsia="Arimo"/>
                <w:i w:val="0"/>
                <w:color w:val="263238"/>
                <w:sz w:val="17"/>
              </w:rPr>
              <w:t>C</w:t>
            </w:r>
          </w:p>
        </w:tc>
        <w:tc>
          <w:tcPr>
            <w:tcW w:type="dxa" w:w="8352"/>
            <w:tcMar>
              <w:top w:w="75" w:type="dxa"/>
              <w:start w:w="75" w:type="dxa"/>
              <w:bottom w:w="75" w:type="dxa"/>
              <w:end w:w="75" w:type="dxa"/>
            </w:tcMar>
          </w:tcPr>
          <w:p>
            <w:pPr>
              <w:spacing w:after="0"/>
            </w:pPr>
            <w:r>
              <w:rPr>
                <w:rFonts w:ascii="Arimo" w:hAnsi="Arimo" w:eastAsia="Arimo"/>
                <w:i w:val="0"/>
                <w:color w:val="263238"/>
                <w:sz w:val="17"/>
              </w:rPr>
              <w:t>Dataset description / data dictionary / sampling plan</w:t>
            </w:r>
          </w:p>
        </w:tc>
      </w:tr>
      <w:tr>
        <w:tc>
          <w:tcPr>
            <w:tcW w:type="dxa" w:w="1440"/>
            <w:tcMar>
              <w:top w:w="75" w:type="dxa"/>
              <w:start w:w="75" w:type="dxa"/>
              <w:bottom w:w="75" w:type="dxa"/>
              <w:end w:w="75" w:type="dxa"/>
            </w:tcMar>
            <w:shd w:fill="FAFBFC"/>
          </w:tcPr>
          <w:p>
            <w:pPr>
              <w:spacing w:after="0"/>
            </w:pPr>
            <w:r>
              <w:rPr>
                <w:rFonts w:ascii="Arimo" w:hAnsi="Arimo" w:eastAsia="Arimo"/>
                <w:i w:val="0"/>
                <w:color w:val="263238"/>
                <w:sz w:val="17"/>
              </w:rPr>
              <w:t>D</w:t>
            </w:r>
          </w:p>
        </w:tc>
        <w:tc>
          <w:tcPr>
            <w:tcW w:type="dxa" w:w="8352"/>
            <w:tcMar>
              <w:top w:w="75" w:type="dxa"/>
              <w:start w:w="75" w:type="dxa"/>
              <w:bottom w:w="75" w:type="dxa"/>
              <w:end w:w="75" w:type="dxa"/>
            </w:tcMar>
            <w:shd w:fill="FAFBFC"/>
          </w:tcPr>
          <w:p>
            <w:pPr>
              <w:spacing w:after="0"/>
            </w:pPr>
            <w:r>
              <w:rPr>
                <w:rFonts w:ascii="Arimo" w:hAnsi="Arimo" w:eastAsia="Arimo"/>
                <w:i w:val="0"/>
                <w:color w:val="263238"/>
                <w:sz w:val="17"/>
              </w:rPr>
              <w:t>Detailed BOM / cost quotations / supplier list</w:t>
            </w:r>
          </w:p>
        </w:tc>
      </w:tr>
      <w:tr>
        <w:tc>
          <w:tcPr>
            <w:tcW w:type="dxa" w:w="1440"/>
            <w:tcMar>
              <w:top w:w="75" w:type="dxa"/>
              <w:start w:w="75" w:type="dxa"/>
              <w:bottom w:w="75" w:type="dxa"/>
              <w:end w:w="75" w:type="dxa"/>
            </w:tcMar>
          </w:tcPr>
          <w:p>
            <w:pPr>
              <w:spacing w:after="0"/>
            </w:pPr>
            <w:r>
              <w:rPr>
                <w:rFonts w:ascii="Arimo" w:hAnsi="Arimo" w:eastAsia="Arimo"/>
                <w:i w:val="0"/>
                <w:color w:val="263238"/>
                <w:sz w:val="17"/>
              </w:rPr>
              <w:t>E</w:t>
            </w:r>
          </w:p>
        </w:tc>
        <w:tc>
          <w:tcPr>
            <w:tcW w:type="dxa" w:w="8352"/>
            <w:tcMar>
              <w:top w:w="75" w:type="dxa"/>
              <w:start w:w="75" w:type="dxa"/>
              <w:bottom w:w="75" w:type="dxa"/>
              <w:end w:w="75" w:type="dxa"/>
            </w:tcMar>
          </w:tcPr>
          <w:p>
            <w:pPr>
              <w:spacing w:after="0"/>
            </w:pPr>
            <w:r>
              <w:rPr>
                <w:rFonts w:ascii="Arimo" w:hAnsi="Arimo" w:eastAsia="Arimo"/>
                <w:i w:val="0"/>
                <w:color w:val="263238"/>
                <w:sz w:val="17"/>
              </w:rPr>
              <w:t>Risk assessment / ethics approval / safety checklist / preliminary proof-of-concept results</w:t>
            </w:r>
          </w:p>
        </w:tc>
      </w:tr>
    </w:tbl>
    <w:p>
      <w:pPr>
        <w:spacing w:after="40"/>
      </w:pPr>
    </w:p>
    <w:p>
      <w:pPr>
        <w:pageBreakBefore/>
        <w:spacing w:after="40"/>
      </w:pPr>
      <w:r>
        <w:rPr>
          <w:rFonts w:ascii="Arimo" w:hAnsi="Arimo" w:eastAsia="Arimo"/>
          <w:b/>
          <w:color w:val="F28C28"/>
          <w:sz w:val="16"/>
        </w:rPr>
        <w:t>FINAL REVIEW</w:t>
      </w:r>
    </w:p>
    <w:p>
      <w:pPr>
        <w:spacing w:before="40" w:after="140"/>
        <w:keepNext/>
        <w:pBdr>
          <w:bottom w:val="single" w:sz="7" w:space="4" w:color="C9D8E5"/>
        </w:pBdr>
      </w:pPr>
      <w:r>
        <w:rPr>
          <w:rFonts w:ascii="Arimo" w:hAnsi="Arimo" w:eastAsia="Arimo"/>
          <w:b/>
          <w:color w:val="F28C28"/>
          <w:sz w:val="30"/>
        </w:rPr>
        <w:t xml:space="preserve">13  </w:t>
      </w:r>
      <w:r>
        <w:rPr>
          <w:rFonts w:ascii="Arimo" w:hAnsi="Arimo" w:eastAsia="Arimo"/>
          <w:b/>
          <w:color w:val="17324D"/>
          <w:sz w:val="30"/>
        </w:rPr>
        <w:t>Submission Checklist</w:t>
      </w:r>
    </w:p>
    <w:p>
      <w:pPr>
        <w:spacing w:after="160"/>
      </w:pPr>
      <w:r>
        <w:rPr>
          <w:rFonts w:ascii="Arimo" w:hAnsi="Arimo" w:eastAsia="Arimo"/>
          <w:i/>
          <w:color w:val="5F6B76"/>
          <w:sz w:val="19"/>
        </w:rPr>
        <w:t>Complete this review after all instructional prompts have been removed.</w:t>
      </w:r>
    </w:p>
    <w:p>
      <w:pPr>
        <w:spacing w:after="60"/>
      </w:pPr>
      <w:r>
        <w:rPr>
          <w:rFonts w:ascii="Arimo" w:hAnsi="Arimo" w:eastAsia="Arimo"/>
          <w:b/>
          <w:color w:val="F28C28"/>
          <w:sz w:val="20"/>
        </w:rPr>
        <w:t xml:space="preserve">[ ]  </w:t>
      </w:r>
      <w:r>
        <w:rPr>
          <w:rFonts w:ascii="Arimo" w:hAnsi="Arimo" w:eastAsia="Arimo"/>
          <w:color w:val="263238"/>
          <w:sz w:val="19"/>
        </w:rPr>
        <w:t>Project title is specific and consistent throughout the proposal.</w:t>
      </w:r>
    </w:p>
    <w:p>
      <w:pPr>
        <w:spacing w:after="60"/>
      </w:pPr>
      <w:r>
        <w:rPr>
          <w:rFonts w:ascii="Arimo" w:hAnsi="Arimo" w:eastAsia="Arimo"/>
          <w:b/>
          <w:color w:val="F28C28"/>
          <w:sz w:val="20"/>
        </w:rPr>
        <w:t xml:space="preserve">[ ]  </w:t>
      </w:r>
      <w:r>
        <w:rPr>
          <w:rFonts w:ascii="Arimo" w:hAnsi="Arimo" w:eastAsia="Arimo"/>
          <w:color w:val="263238"/>
          <w:sz w:val="19"/>
        </w:rPr>
        <w:t>The problem statement describes a real, bounded problem rather than only naming a technology.</w:t>
      </w:r>
    </w:p>
    <w:p>
      <w:pPr>
        <w:spacing w:after="60"/>
      </w:pPr>
      <w:r>
        <w:rPr>
          <w:rFonts w:ascii="Arimo" w:hAnsi="Arimo" w:eastAsia="Arimo"/>
          <w:b/>
          <w:color w:val="F28C28"/>
          <w:sz w:val="20"/>
        </w:rPr>
        <w:t xml:space="preserve">[ ]  </w:t>
      </w:r>
      <w:r>
        <w:rPr>
          <w:rFonts w:ascii="Arimo" w:hAnsi="Arimo" w:eastAsia="Arimo"/>
          <w:color w:val="263238"/>
          <w:sz w:val="19"/>
        </w:rPr>
        <w:t>Objectives are measurable and match the stated deliverables.</w:t>
      </w:r>
    </w:p>
    <w:p>
      <w:pPr>
        <w:spacing w:after="60"/>
      </w:pPr>
      <w:r>
        <w:rPr>
          <w:rFonts w:ascii="Arimo" w:hAnsi="Arimo" w:eastAsia="Arimo"/>
          <w:b/>
          <w:color w:val="F28C28"/>
          <w:sz w:val="20"/>
        </w:rPr>
        <w:t xml:space="preserve">[ ]  </w:t>
      </w:r>
      <w:r>
        <w:rPr>
          <w:rFonts w:ascii="Arimo" w:hAnsi="Arimo" w:eastAsia="Arimo"/>
          <w:color w:val="263238"/>
          <w:sz w:val="19"/>
        </w:rPr>
        <w:t>Scope is realistic for the available time, budget and team size.</w:t>
      </w:r>
    </w:p>
    <w:p>
      <w:pPr>
        <w:spacing w:after="60"/>
      </w:pPr>
      <w:r>
        <w:rPr>
          <w:rFonts w:ascii="Arimo" w:hAnsi="Arimo" w:eastAsia="Arimo"/>
          <w:b/>
          <w:color w:val="F28C28"/>
          <w:sz w:val="20"/>
        </w:rPr>
        <w:t xml:space="preserve">[ ]  </w:t>
      </w:r>
      <w:r>
        <w:rPr>
          <w:rFonts w:ascii="Arimo" w:hAnsi="Arimo" w:eastAsia="Arimo"/>
          <w:color w:val="263238"/>
          <w:sz w:val="19"/>
        </w:rPr>
        <w:t>Existing approaches / prior work have been reviewed and cited.</w:t>
      </w:r>
    </w:p>
    <w:p>
      <w:pPr>
        <w:spacing w:after="60"/>
      </w:pPr>
      <w:r>
        <w:rPr>
          <w:rFonts w:ascii="Arimo" w:hAnsi="Arimo" w:eastAsia="Arimo"/>
          <w:b/>
          <w:color w:val="F28C28"/>
          <w:sz w:val="20"/>
        </w:rPr>
        <w:t xml:space="preserve">[ ]  </w:t>
      </w:r>
      <w:r>
        <w:rPr>
          <w:rFonts w:ascii="Arimo" w:hAnsi="Arimo" w:eastAsia="Arimo"/>
          <w:color w:val="263238"/>
          <w:sz w:val="19"/>
        </w:rPr>
        <w:t>The proposed architecture or design is shown and explained.</w:t>
      </w:r>
    </w:p>
    <w:p>
      <w:pPr>
        <w:spacing w:after="60"/>
      </w:pPr>
      <w:r>
        <w:rPr>
          <w:rFonts w:ascii="Arimo" w:hAnsi="Arimo" w:eastAsia="Arimo"/>
          <w:b/>
          <w:color w:val="F28C28"/>
          <w:sz w:val="20"/>
        </w:rPr>
        <w:t xml:space="preserve">[ ]  </w:t>
      </w:r>
      <w:r>
        <w:rPr>
          <w:rFonts w:ascii="Arimo" w:hAnsi="Arimo" w:eastAsia="Arimo"/>
          <w:color w:val="263238"/>
          <w:sz w:val="19"/>
        </w:rPr>
        <w:t>Methodology describes how the project will actually be implemented.</w:t>
      </w:r>
    </w:p>
    <w:p>
      <w:pPr>
        <w:spacing w:after="60"/>
      </w:pPr>
      <w:r>
        <w:rPr>
          <w:rFonts w:ascii="Arimo" w:hAnsi="Arimo" w:eastAsia="Arimo"/>
          <w:b/>
          <w:color w:val="F28C28"/>
          <w:sz w:val="20"/>
        </w:rPr>
        <w:t xml:space="preserve">[ ]  </w:t>
      </w:r>
      <w:r>
        <w:rPr>
          <w:rFonts w:ascii="Arimo" w:hAnsi="Arimo" w:eastAsia="Arimo"/>
          <w:color w:val="263238"/>
          <w:sz w:val="19"/>
        </w:rPr>
        <w:t>Required datasets, software, licences, hardware and facilities are available or have alternatives.</w:t>
      </w:r>
    </w:p>
    <w:p>
      <w:pPr>
        <w:spacing w:after="60"/>
      </w:pPr>
      <w:r>
        <w:rPr>
          <w:rFonts w:ascii="Arimo" w:hAnsi="Arimo" w:eastAsia="Arimo"/>
          <w:b/>
          <w:color w:val="F28C28"/>
          <w:sz w:val="20"/>
        </w:rPr>
        <w:t xml:space="preserve">[ ]  </w:t>
      </w:r>
      <w:r>
        <w:rPr>
          <w:rFonts w:ascii="Arimo" w:hAnsi="Arimo" w:eastAsia="Arimo"/>
          <w:color w:val="263238"/>
          <w:sz w:val="19"/>
        </w:rPr>
        <w:t>Timeline includes design, implementation, testing, evaluation and documentation.</w:t>
      </w:r>
    </w:p>
    <w:p>
      <w:pPr>
        <w:spacing w:after="60"/>
      </w:pPr>
      <w:r>
        <w:rPr>
          <w:rFonts w:ascii="Arimo" w:hAnsi="Arimo" w:eastAsia="Arimo"/>
          <w:b/>
          <w:color w:val="F28C28"/>
          <w:sz w:val="20"/>
        </w:rPr>
        <w:t xml:space="preserve">[ ]  </w:t>
      </w:r>
      <w:r>
        <w:rPr>
          <w:rFonts w:ascii="Arimo" w:hAnsi="Arimo" w:eastAsia="Arimo"/>
          <w:color w:val="263238"/>
          <w:sz w:val="19"/>
        </w:rPr>
        <w:t>Risks and fallback plans are documented.</w:t>
      </w:r>
    </w:p>
    <w:p>
      <w:pPr>
        <w:spacing w:after="60"/>
      </w:pPr>
      <w:r>
        <w:rPr>
          <w:rFonts w:ascii="Arimo" w:hAnsi="Arimo" w:eastAsia="Arimo"/>
          <w:b/>
          <w:color w:val="F28C28"/>
          <w:sz w:val="20"/>
        </w:rPr>
        <w:t xml:space="preserve">[ ]  </w:t>
      </w:r>
      <w:r>
        <w:rPr>
          <w:rFonts w:ascii="Arimo" w:hAnsi="Arimo" w:eastAsia="Arimo"/>
          <w:color w:val="263238"/>
          <w:sz w:val="19"/>
        </w:rPr>
        <w:t>Testing criteria are measurable and linked to objectives.</w:t>
      </w:r>
    </w:p>
    <w:p>
      <w:pPr>
        <w:spacing w:after="60"/>
      </w:pPr>
      <w:r>
        <w:rPr>
          <w:rFonts w:ascii="Arimo" w:hAnsi="Arimo" w:eastAsia="Arimo"/>
          <w:b/>
          <w:color w:val="F28C28"/>
          <w:sz w:val="20"/>
        </w:rPr>
        <w:t xml:space="preserve">[ ]  </w:t>
      </w:r>
      <w:r>
        <w:rPr>
          <w:rFonts w:ascii="Arimo" w:hAnsi="Arimo" w:eastAsia="Arimo"/>
          <w:color w:val="263238"/>
          <w:sz w:val="19"/>
        </w:rPr>
        <w:t>Ethics, privacy, safety, security and licensing have been considered where relevant.</w:t>
      </w:r>
    </w:p>
    <w:p>
      <w:pPr>
        <w:spacing w:after="60"/>
      </w:pPr>
      <w:r>
        <w:rPr>
          <w:rFonts w:ascii="Arimo" w:hAnsi="Arimo" w:eastAsia="Arimo"/>
          <w:b/>
          <w:color w:val="F28C28"/>
          <w:sz w:val="20"/>
        </w:rPr>
        <w:t xml:space="preserve">[ ]  </w:t>
      </w:r>
      <w:r>
        <w:rPr>
          <w:rFonts w:ascii="Arimo" w:hAnsi="Arimo" w:eastAsia="Arimo"/>
          <w:color w:val="263238"/>
          <w:sz w:val="19"/>
        </w:rPr>
        <w:t>All reused code, data, figures and methods are cited appropriately.</w:t>
      </w:r>
    </w:p>
    <w:p>
      <w:pPr>
        <w:spacing w:after="60"/>
      </w:pPr>
      <w:r>
        <w:rPr>
          <w:rFonts w:ascii="Arimo" w:hAnsi="Arimo" w:eastAsia="Arimo"/>
          <w:b/>
          <w:color w:val="F28C28"/>
          <w:sz w:val="20"/>
        </w:rPr>
        <w:t xml:space="preserve">[ ]  </w:t>
      </w:r>
      <w:r>
        <w:rPr>
          <w:rFonts w:ascii="Arimo" w:hAnsi="Arimo" w:eastAsia="Arimo"/>
          <w:color w:val="263238"/>
          <w:sz w:val="19"/>
        </w:rPr>
        <w:t>All grey guidance prompts and unused example text have been removed.</w:t>
      </w:r>
    </w:p>
    <w:p>
      <w:pPr>
        <w:spacing w:after="60"/>
      </w:pPr>
      <w:r>
        <w:rPr>
          <w:rFonts w:ascii="Arimo" w:hAnsi="Arimo" w:eastAsia="Arimo"/>
          <w:b/>
          <w:color w:val="F28C28"/>
          <w:sz w:val="20"/>
        </w:rPr>
        <w:t xml:space="preserve">[ ]  </w:t>
      </w:r>
      <w:r>
        <w:rPr>
          <w:rFonts w:ascii="Arimo" w:hAnsi="Arimo" w:eastAsia="Arimo"/>
          <w:color w:val="263238"/>
          <w:sz w:val="19"/>
        </w:rPr>
        <w:t>Spelling, formatting, figure/table captions and references have been checked.</w:t>
      </w:r>
    </w:p>
    <w:p>
      <w:pPr>
        <w:spacing w:after="60"/>
      </w:pPr>
      <w:r>
        <w:rPr>
          <w:rFonts w:ascii="Arimo" w:hAnsi="Arimo" w:eastAsia="Arimo"/>
          <w:b/>
          <w:color w:val="F28C28"/>
          <w:sz w:val="20"/>
        </w:rPr>
        <w:t xml:space="preserve">[ ]  </w:t>
      </w:r>
      <w:r>
        <w:rPr>
          <w:rFonts w:ascii="Arimo" w:hAnsi="Arimo" w:eastAsia="Arimo"/>
          <w:color w:val="263238"/>
          <w:sz w:val="19"/>
        </w:rPr>
        <w:t>The final file follows the institution’s required naming, cover page and submission format.</w:t>
      </w:r>
    </w:p>
    <w:tbl>
      <w:tblPr>
        <w:tblW w:type="auto" w:w="0"/>
        <w:jc w:val="center"/>
        <w:tblLayout w:type="fixed"/>
        <w:tblLook w:firstColumn="1" w:firstRow="1" w:lastColumn="0" w:lastRow="0" w:noHBand="0" w:noVBand="1" w:val="04A0"/>
      </w:tblPr>
      <w:tblGrid>
        <w:gridCol w:w="9994"/>
      </w:tblGrid>
      <w:tr>
        <w:tc>
          <w:tcPr>
            <w:tcW w:type="dxa" w:w="9994"/>
            <w:shd w:fill="EAF2F8"/>
            <w:tcMar>
              <w:top w:w="120" w:type="dxa"/>
              <w:start w:w="150" w:type="dxa"/>
              <w:bottom w:w="120" w:type="dxa"/>
              <w:end w:w="150" w:type="dxa"/>
            </w:tcMar>
          </w:tcPr>
          <w:p>
            <w:pPr>
              <w:spacing w:after="40"/>
            </w:pPr>
            <w:r>
              <w:rPr>
                <w:rFonts w:ascii="Arimo" w:hAnsi="Arimo" w:eastAsia="Arimo"/>
                <w:b/>
                <w:color w:val="1F5D8F"/>
                <w:sz w:val="19"/>
              </w:rPr>
              <w:t>Before you submit</w:t>
            </w:r>
          </w:p>
          <w:p>
            <w:pPr>
              <w:spacing w:after="0"/>
            </w:pPr>
            <w:r>
              <w:rPr>
                <w:rFonts w:ascii="Arimo" w:hAnsi="Arimo" w:eastAsia="Arimo"/>
                <w:color w:val="5F6B76"/>
                <w:sz w:val="18"/>
              </w:rPr>
              <w:t>Ask a supervisor, teammate or classmate to read only the problem, objectives, proposed solution and test criteria. If they cannot explain what you are building and how success will be measured, revise those sections.</w:t>
            </w:r>
          </w:p>
        </w:tc>
      </w:tr>
    </w:tbl>
    <w:p>
      <w:pPr>
        <w:spacing w:after="20"/>
      </w:pPr>
    </w:p>
    <w:p>
      <w:pPr>
        <w:spacing w:before="320"/>
        <w:jc w:val="center"/>
      </w:pPr>
      <w:r>
        <w:rPr>
          <w:rFonts w:ascii="Arimo" w:hAnsi="Arimo" w:eastAsia="Arimo"/>
          <w:b/>
          <w:color w:val="F28C28"/>
          <w:sz w:val="24"/>
        </w:rPr>
        <w:t>FRIED ENGINEERS</w:t>
      </w:r>
    </w:p>
    <w:p>
      <w:pPr>
        <w:spacing w:after="40"/>
        <w:jc w:val="center"/>
      </w:pPr>
      <w:r>
        <w:rPr>
          <w:rFonts w:ascii="Arimo" w:hAnsi="Arimo" w:eastAsia="Arimo"/>
          <w:color w:val="5F6B76"/>
          <w:sz w:val="18"/>
        </w:rPr>
        <w:t>Free engineering resources for students</w:t>
      </w:r>
    </w:p>
    <w:p>
      <w:pPr>
        <w:jc w:val="center"/>
      </w:pPr>
      <w:r>
        <w:rPr>
          <w:rFonts w:ascii="Arimo" w:hAnsi="Arimo" w:eastAsia="Arimo"/>
          <w:b/>
          <w:color w:val="17324D"/>
          <w:sz w:val="18"/>
        </w:rPr>
        <w:t>friedengineers.com</w:t>
      </w:r>
    </w:p>
    <w:sectPr w:rsidR="00FC693F" w:rsidRPr="0006063C" w:rsidSect="00034616">
      <w:headerReference w:type="default" r:id="rId9"/>
      <w:footerReference w:type="default" r:id="rId10"/>
      <w:pgSz w:w="12240" w:h="15840"/>
      <w:pgMar w:top="893" w:right="1123" w:bottom="936" w:left="1123"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28" w:val="right"/>
      </w:tabs>
      <w:spacing w:before="0"/>
      <w:jc w:val="right"/>
    </w:pPr>
    <w:r>
      <w:rPr>
        <w:rFonts w:ascii="Arimo" w:hAnsi="Arimo"/>
        <w:color w:val="5F6B76"/>
        <w:sz w:val="16"/>
      </w:rPr>
      <w:t>friedengineers.com</w:t>
    </w:r>
    <w:r>
      <w:tab/>
    </w:r>
    <w:r>
      <w:rPr>
        <w:color w:val="5F6B76"/>
        <w:sz w:val="16"/>
      </w:rPr>
      <w:t xml:space="preserve">Page </w:t>
    </w:r>
    <w:r>
      <w:rPr>
        <w:sz w:val="16"/>
        <w:color w:val="5F6B7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8" w:space="4" w:color="F28C28"/>
      </w:pBdr>
    </w:pPr>
    <w:r>
      <w:rPr>
        <w:rFonts w:ascii="Arimo" w:hAnsi="Arimo" w:eastAsia="Arimo"/>
        <w:b/>
        <w:color w:val="17324D"/>
        <w:sz w:val="16"/>
      </w:rPr>
      <w:t>FRIED ENGINEERS   |   ENGINEERING PROJECT PROPOSAL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mo" w:hAnsi="Arimo" w:eastAsia="Arimo"/>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mo" w:hAnsi="Arimo" w:eastAsia="Arimo"/>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mo" w:hAnsi="Arimo" w:eastAsia="Arimo"/>
      <w:b/>
      <w:bCs/>
      <w:color w:val="1732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mo" w:hAnsi="Arimo" w:eastAsia="Arimo"/>
      <w:b/>
      <w:bCs/>
      <w:color w:val="1F5D8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Project Proposal Template</dc:title>
  <dc:subject>Editable engineering project proposal template for capstone, senior design, final-year and research projects</dc:subject>
  <dc:creator>Fried Engineers</dc:creator>
  <cp:keywords>engineering project proposal, capstone, senior design, final year project, project template</cp:keywords>
  <dc:description>Free student resource by Fried Engineers.</dc:description>
  <cp:lastModifiedBy/>
  <cp:revision>1</cp:revision>
  <dcterms:created xsi:type="dcterms:W3CDTF">2013-12-23T23:15:00Z</dcterms:created>
  <dcterms:modified xsi:type="dcterms:W3CDTF">2013-12-23T23:15:00Z</dcterms:modified>
  <cp:category/>
</cp:coreProperties>
</file>